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9 — Réactions acide-métal, acide-base et équations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Pourquoi le détartrant abîme-t-il certains métaux ?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>Sur l'étiquette d'un détartrant, on lit : « Ne pas utiliser sur l'aluminium, le zinc ou les surfaces métalliques fragiles ». Que se passe-t-il entre un acide et un métal ?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L'expérience</w:t>
      </w:r>
    </w:p>
    <w:p>
      <w:pPr>
        <w:spacing w:after="80"/>
      </w:pPr>
      <w:r>
        <w:rPr>
          <w:b w:val="0"/>
          <w:i w:val="0"/>
          <w:sz w:val="24"/>
        </w:rPr>
        <w:t xml:space="preserve">On place de la paille de fer dans un tube contenant de l'acide chlorhydrique. Des </w:t>
      </w:r>
      <w:r>
        <w:rPr>
          <w:b/>
          <w:i w:val="0"/>
          <w:sz w:val="24"/>
        </w:rPr>
        <w:t>bulles</w:t>
      </w:r>
      <w:r>
        <w:rPr>
          <w:b w:val="0"/>
          <w:i w:val="0"/>
          <w:sz w:val="24"/>
        </w:rPr>
        <w:t xml:space="preserve"> se forment, le liquide devient légèrement vert, et le fer disparaît peu à peu.</w:t>
      </w:r>
    </w:p>
    <w:p>
      <w:pPr>
        <w:spacing w:after="80"/>
      </w:pPr>
    </w:p>
    <w:p>
      <w:pPr>
        <w:spacing w:after="80"/>
      </w:pPr>
    </w:p>
    <w:p>
      <w:pPr>
        <w:pStyle w:val="Heading2"/>
      </w:pPr>
      <w:r>
        <w:rPr>
          <w:b/>
          <w:i w:val="0"/>
          <w:color w:val="1E3A5F"/>
          <w:sz w:val="28"/>
        </w:rPr>
        <w:t>Document 2 — Le test du gaz</w:t>
      </w:r>
    </w:p>
    <w:p>
      <w:pPr>
        <w:spacing w:after="80"/>
      </w:pPr>
      <w:r>
        <w:rPr>
          <w:b w:val="0"/>
          <w:i w:val="0"/>
          <w:sz w:val="24"/>
        </w:rPr>
        <w:t xml:space="preserve">On approche une flamme de l'ouverture du tube : on entend une petite </w:t>
      </w:r>
      <w:r>
        <w:rPr>
          <w:b/>
          <w:i w:val="0"/>
          <w:sz w:val="24"/>
        </w:rPr>
        <w:t>détonation</w:t>
      </w:r>
      <w:r>
        <w:rPr>
          <w:b w:val="0"/>
          <w:i w:val="0"/>
          <w:sz w:val="24"/>
        </w:rPr>
        <w:t xml:space="preserve"> (« pop »). C'est le test caractéristique du </w:t>
      </w:r>
      <w:r>
        <w:rPr>
          <w:b/>
          <w:i w:val="0"/>
          <w:sz w:val="24"/>
        </w:rPr>
        <w:t>dihydrogène</w:t>
      </w:r>
      <w:r>
        <w:rPr>
          <w:b w:val="0"/>
          <w:i w:val="0"/>
          <w:sz w:val="24"/>
        </w:rPr>
        <w:t xml:space="preserve"> H₂.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Le test du liquide</w:t>
      </w:r>
    </w:p>
    <w:p>
      <w:pPr>
        <w:spacing w:after="80"/>
      </w:pPr>
      <w:r>
        <w:rPr>
          <w:b w:val="0"/>
          <w:i w:val="0"/>
          <w:sz w:val="24"/>
        </w:rPr>
        <w:t xml:space="preserve">On filtre le liquide et on y ajoute quelques gouttes de soude : un </w:t>
      </w:r>
      <w:r>
        <w:rPr>
          <w:b/>
          <w:i w:val="0"/>
          <w:sz w:val="24"/>
        </w:rPr>
        <w:t>précipité vert</w:t>
      </w:r>
      <w:r>
        <w:rPr>
          <w:b w:val="0"/>
          <w:i w:val="0"/>
          <w:sz w:val="24"/>
        </w:rPr>
        <w:t xml:space="preserve"> se forme. C'est le test des ions </w:t>
      </w:r>
      <w:r>
        <w:rPr>
          <w:b/>
          <w:i w:val="0"/>
          <w:sz w:val="24"/>
        </w:rPr>
        <w:t>fer II</w:t>
      </w:r>
      <w:r>
        <w:rPr>
          <w:b w:val="0"/>
          <w:i w:val="0"/>
          <w:sz w:val="24"/>
        </w:rPr>
        <w:t>, Fe²⁺ (chapitre 1).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4 — Lavoisier</w:t>
      </w:r>
    </w:p>
    <w:p>
      <w:pPr>
        <w:spacing w:after="80"/>
      </w:pPr>
      <w:r>
        <w:rPr>
          <w:b w:val="0"/>
          <w:i w:val="0"/>
          <w:sz w:val="24"/>
        </w:rPr>
        <w:t xml:space="preserve">« Rien ne se perd, rien ne se crée, tout se transforme. » Lors d'une transformation chimique, les atomes ne disparaissent pas : ils se </w:t>
      </w:r>
      <w:r>
        <w:rPr>
          <w:b/>
          <w:i w:val="0"/>
          <w:sz w:val="24"/>
        </w:rPr>
        <w:t>réarrangent</w:t>
      </w:r>
      <w:r>
        <w:rPr>
          <w:b w:val="0"/>
          <w:i w:val="0"/>
          <w:sz w:val="24"/>
        </w:rPr>
        <w:t>.</w:t>
      </w: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Quel indice montre qu'une transformation chimique a lieu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Quel gaz se forme ? Décris son test.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Quels ions se forment ? Comment le prouve-t-on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D'où viennent, à ton avis, les atomes d'hydrogène du dihydrogène ? et les atomes de fer des ions Fe²⁺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Explique l'avertissement de l'étiquette du détartrant (qui est acide).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9 — Réactions acide-métal, acide-base et équations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Lire une équation — Premiers pas</w:t>
      </w:r>
    </w:p>
    <w:p>
      <w:pPr>
        <w:spacing w:after="80"/>
      </w:pPr>
      <w:r>
        <w:rPr>
          <w:b w:val="0"/>
          <w:i w:val="0"/>
          <w:sz w:val="24"/>
        </w:rPr>
        <w:t>C + 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</w:t>
      </w:r>
      <w:r>
        <w:rPr>
          <w:b w:val="0"/>
          <w:i w:val="0"/>
          <w:sz w:val="24"/>
        </w:rPr>
        <w:t>Aide : à gauche de la flèche, les réactifs ; à droite, les produits.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Quels sont les réactifs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est le produit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Compte les atomes de carbone et d'oxygène de chaque côté.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Identifier un gaz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On met du zinc dans de l'acide chlorhydrique. Des bulles apparaissent. </w:t>
      </w:r>
      <w:r>
        <w:rPr>
          <w:b w:val="0"/>
          <w:i w:val="0"/>
          <w:sz w:val="24"/>
        </w:rPr>
        <w:t>Aide : relis le tableau des tests.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test réalise-t-on pour identifier le gaz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résultat attend-on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Comment s'appelle ce gaz ? Écris sa formule.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Ajuster pas à pas — Premiers pas</w:t>
      </w:r>
    </w:p>
    <w:p>
      <w:pPr>
        <w:spacing w:after="80"/>
      </w:pP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+ Cl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HCl</w:t>
      </w:r>
      <w:r>
        <w:rPr>
          <w:b w:val="0"/>
          <w:i w:val="0"/>
          <w:sz w:val="24"/>
        </w:rPr>
        <w:t xml:space="preserve"> </w:t>
      </w:r>
      <w:r>
        <w:rPr>
          <w:b w:val="0"/>
          <w:i w:val="0"/>
          <w:sz w:val="24"/>
        </w:rPr>
        <w:t>Aide : compte les H et les Cl de chaque côté, puis place un coefficient devant HCl.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Combien d'atomes H et Cl à gauche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à droite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 coefficient faut-il placer devant HCl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Acide + base ★☆☆☆☆</w:t>
      </w:r>
    </w:p>
    <w:p>
      <w:pPr>
        <w:spacing w:after="80"/>
      </w:pPr>
      <w:r>
        <w:rPr>
          <w:b w:val="0"/>
          <w:i w:val="0"/>
          <w:sz w:val="24"/>
        </w:rPr>
        <w:t>On ajoute progressivement de la soude (solution basique) à de l'acide chlorhydrique et on mesure le pH : 1,0 au départ ; 1,5 ; 2,2 ; puis 7,0 ; puis 11,8 quand la soude est en excès.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Quels ions réagissent ? Écris l'équation de la réaction.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Pourquoi le pH augmente-t-il au début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contient le mélange quand le pH vaut 7,0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Quelle précaution prendre avec des solutions concentrées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Compter les atomes ★☆☆☆☆</w:t>
      </w:r>
    </w:p>
    <w:p>
      <w:pPr>
        <w:spacing w:after="80"/>
      </w:pPr>
      <w:r>
        <w:rPr>
          <w:b w:val="0"/>
          <w:i w:val="0"/>
          <w:sz w:val="24"/>
        </w:rPr>
        <w:t>C</w:t>
      </w:r>
      <w:r>
        <w:rPr>
          <w:b w:val="0"/>
          <w:i w:val="0"/>
          <w:sz w:val="24"/>
          <w:vertAlign w:val="subscript"/>
        </w:rPr>
        <w:t>3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8</w:t>
      </w:r>
      <w:r>
        <w:rPr>
          <w:b w:val="0"/>
          <w:i w:val="0"/>
          <w:sz w:val="24"/>
        </w:rPr>
        <w:t xml:space="preserve"> + 5\,O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3\,CO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+ 4\,H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O</w:t>
      </w:r>
      <w:r>
        <w:rPr>
          <w:b w:val="0"/>
          <w:i w:val="0"/>
          <w:sz w:val="24"/>
        </w:rPr>
        <w:t xml:space="preserve"> (combustion du propane)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Compte les atomes C, H, O à gauche.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Compte-les à droite.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L'équation est-elle ajustée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Ajuster des équations ★★☆☆☆</w:t>
      </w:r>
    </w:p>
    <w:p>
      <w:pPr>
        <w:spacing w:after="80"/>
      </w:pPr>
      <w:r>
        <w:rPr>
          <w:b w:val="0"/>
          <w:i w:val="0"/>
          <w:sz w:val="24"/>
        </w:rPr>
        <w:t>Ajuste :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N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+ 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NH</w:t>
      </w:r>
      <w:r>
        <w:rPr>
          <w:b w:val="0"/>
          <w:i w:val="0"/>
          <w:sz w:val="24"/>
          <w:vertAlign w:val="subscript"/>
        </w:rPr>
        <w:t>3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H</w:t>
      </w:r>
      <w:r>
        <w:rPr>
          <w:b w:val="0"/>
          <w:i w:val="0"/>
          <w:sz w:val="24"/>
          <w:vertAlign w:val="subscript"/>
        </w:rPr>
        <w:t>6</w:t>
      </w:r>
      <w:r>
        <w:rPr>
          <w:b w:val="0"/>
          <w:i w:val="0"/>
          <w:sz w:val="24"/>
        </w:rPr>
        <w:t>O + 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→ CO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 xml:space="preserve"> + 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O</w:t>
      </w:r>
      <w:r>
        <w:rPr>
          <w:b w:val="0"/>
          <w:i w:val="0"/>
          <w:sz w:val="24"/>
        </w:rPr>
        <w:t xml:space="preserve"> (combustion de l'éthanol)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Mg + H</w:t>
      </w:r>
      <w:r>
        <w:rPr>
          <w:b w:val="0"/>
          <w:i w:val="0"/>
          <w:sz w:val="24"/>
          <w:vertAlign w:val="superscript"/>
        </w:rPr>
        <w:t>+</w:t>
      </w:r>
      <w:r>
        <w:rPr>
          <w:b w:val="0"/>
          <w:i w:val="0"/>
          <w:sz w:val="24"/>
        </w:rPr>
        <w:t xml:space="preserve"> → Mg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+ H</w:t>
      </w:r>
      <w:r>
        <w:rPr>
          <w:b w:val="0"/>
          <w:i w:val="0"/>
          <w:sz w:val="24"/>
          <w:vertAlign w:val="subscript"/>
        </w:rPr>
        <w:t>2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Lavoisier dans la fiole ★★☆☆☆</w:t>
      </w:r>
    </w:p>
    <w:p>
      <w:pPr>
        <w:spacing w:after="80"/>
      </w:pPr>
      <w:r>
        <w:rPr>
          <w:b w:val="0"/>
          <w:i w:val="0"/>
          <w:sz w:val="24"/>
        </w:rPr>
        <w:t>On pèse une fiole contenant de l'acide chlorhydrique et un morceau de fer posé à côté sur le plateau : 152,40 g. On verse le fer dans l'acide. Après réaction, la balance indique 152,36 g (fiole ouverte).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variation de masse.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loi de conservation de la masse est-elle fausse ? Explique.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Comment modifier l'expérience pour vérifier la conservation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Le pH pendant la réaction ★★★☆☆</w:t>
      </w:r>
    </w:p>
    <w:p>
      <w:pPr>
        <w:spacing w:after="80"/>
      </w:pPr>
      <w:r>
        <w:rPr>
          <w:b w:val="0"/>
          <w:i w:val="0"/>
          <w:sz w:val="24"/>
        </w:rPr>
        <w:t>On met un gros excès de poudre de fer dans un peu d'acide chlorhydrique et on suit le pH : 1,0 au début ; 2,5 après 5 min ; 4,5 après 20 min ; 6,0 après 1 h ; ensuite le pH ne varie plus, les bulles ont cessé et il reste du fer.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Pourquoi le pH augmente-t-il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La réaction s'arrête alors qu'il reste du fer. Quel réactif a été entièrement consommé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La solution finale est-elle acide, neutre ou basique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Zinc ou aluminium ? ★★★☆☆</w:t>
      </w:r>
    </w:p>
    <w:p>
      <w:pPr>
        <w:spacing w:after="80"/>
      </w:pPr>
      <w:r>
        <w:rPr>
          <w:b w:val="0"/>
          <w:i w:val="0"/>
          <w:sz w:val="24"/>
        </w:rPr>
        <w:t>Un échantillon de métal gris réagit avec l'acide chlorhydrique. On fait les tests suivants sur le liquide obtenu : soude en petite quantité → précipité blanc.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métal peut-il être du fer ? du cuivre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Quels ions peuvent être présents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Écris les deux équations possibles (zinc → Zn²⁺ ; aluminium → Al³⁺) et ajuste-les.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Réactions et modèles moléculaires ★★★★☆</w:t>
      </w:r>
    </w:p>
    <w:p>
      <w:pPr>
        <w:spacing w:after="80"/>
      </w:pPr>
      <w:r>
        <w:rPr>
          <w:b w:val="0"/>
          <w:i w:val="0"/>
          <w:sz w:val="24"/>
        </w:rPr>
        <w:t>Avec des modèles moléculaires, un élève représente 2 molécules de méthane CH₄ et 4 molécules de dioxygène O₂. Il les « démonte » pour fabriquer des molécules de CO₂ et de H₂O.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Combien d'atomes de C, H et O possède-t-il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de molécules de CO₂ et de H₂O peut-il fabriquer ? Reste-t-il des atomes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Écris l'équation ajustée de la combustion du méthane et vérifie-la avec ce résultat.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Masse de dihydrogène ★★★★☆</w:t>
      </w:r>
    </w:p>
    <w:p>
      <w:pPr>
        <w:spacing w:after="80"/>
      </w:pPr>
      <w:r>
        <w:rPr>
          <w:b w:val="0"/>
          <w:i w:val="0"/>
          <w:sz w:val="24"/>
        </w:rPr>
        <w:t xml:space="preserve">Données : masse d'un atome de fer ≈ 55,85 u ; masse d'une molécule de dihydrogène ≈ 2,016 u (u : unité de masse atomique). D'après l'équation </w:t>
      </w:r>
      <w:r>
        <w:rPr>
          <w:b w:val="0"/>
          <w:i w:val="0"/>
          <w:sz w:val="24"/>
        </w:rPr>
        <w:t>Fe + 2\,H</w:t>
      </w:r>
      <w:r>
        <w:rPr>
          <w:b w:val="0"/>
          <w:i w:val="0"/>
          <w:sz w:val="24"/>
          <w:vertAlign w:val="superscript"/>
        </w:rPr>
        <w:t>+</w:t>
      </w:r>
      <w:r>
        <w:rPr>
          <w:b w:val="0"/>
          <w:i w:val="0"/>
          <w:sz w:val="24"/>
        </w:rPr>
        <w:t xml:space="preserve"> → Fe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+ H</w:t>
      </w:r>
      <w:r>
        <w:rPr>
          <w:b w:val="0"/>
          <w:i w:val="0"/>
          <w:sz w:val="24"/>
          <w:vertAlign w:val="subscript"/>
        </w:rPr>
        <w:t>2</w:t>
      </w:r>
      <w:r>
        <w:rPr>
          <w:b w:val="0"/>
          <w:i w:val="0"/>
          <w:sz w:val="24"/>
        </w:rPr>
        <w:t>, chaque atome de fer qui réagit libère une molécule de H₂.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masse de dihydrogène libère 55,85 g de fer (proportionnalité)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masse de dihydrogène libérée par 1,12 g de fer.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Compare au résultat de l'exercice « Lavoisier dans la fiole ». Conclus.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Le détartrant et la casserole en aluminium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Étiquette d'un détartrant</w:t>
      </w:r>
    </w:p>
    <w:p>
      <w:pPr>
        <w:spacing w:after="80"/>
      </w:pPr>
      <w:r>
        <w:rPr>
          <w:b w:val="0"/>
          <w:i w:val="0"/>
          <w:sz w:val="24"/>
        </w:rPr>
        <w:t>Étiquette fictive construite pour l'exercice.</w:t>
      </w:r>
    </w:p>
    <w:p>
      <w:pPr>
        <w:spacing w:after="80"/>
      </w:pPr>
      <w:r>
        <w:rPr>
          <w:b w:val="0"/>
          <w:i w:val="0"/>
          <w:sz w:val="24"/>
        </w:rPr>
        <w:t>« Détartrant ménager à base d'acide chlorhydrique. pH ≈ 1. Ne pas utiliser sur l'aluminium, le zinc, le marbre. Provoque des brûlures. Porter des gants. »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L'expérience de Léo</w:t>
      </w:r>
    </w:p>
    <w:p>
      <w:pPr>
        <w:spacing w:after="80"/>
      </w:pPr>
      <w:r>
        <w:rPr>
          <w:b w:val="0"/>
          <w:i w:val="0"/>
          <w:sz w:val="24"/>
        </w:rPr>
        <w:t>Léo verse quelques gouttes de détartrant sur une feuille d'aluminium : des bulles apparaissent, la feuille se perce. Il recueille le liquide, y ajoute une goutte de soude : un précipité blanc apparaît.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Données</w:t>
      </w:r>
    </w:p>
    <w:p>
      <w:pPr>
        <w:spacing w:after="80"/>
      </w:pPr>
      <w:r>
        <w:rPr>
          <w:b w:val="0"/>
          <w:i w:val="0"/>
          <w:sz w:val="24"/>
        </w:rPr>
        <w:t>Ions aluminium : Al³⁺. Tests : voir le cours.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détartrant est-il acide ? Quels ions en sont responsables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gaz se forme ? Propose un test (avec les précautions) pour le vérifier.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montre le précipité blanc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Écris l'équation ajustée de la réaction entre l'aluminium et les ions H⁺.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Rédige l'explication de l'avertissement « Ne pas utiliser sur l'aluminium » (5 lignes).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Une gouttière rongée ★★★★★</w:t>
      </w:r>
    </w:p>
    <w:p>
      <w:pPr>
        <w:spacing w:after="80"/>
      </w:pPr>
      <w:r>
        <w:rPr>
          <w:b w:val="0"/>
          <w:i w:val="0"/>
          <w:sz w:val="24"/>
        </w:rPr>
        <w:t>Une gouttière en zinc reçoit chaque année des pluies légèrement acides. On estime qu'elle perd 6,54 g de zinc par mètre et par an. Masse d'un atome de zinc ≈ 65,38 u ; d'une molécule H₂ ≈ 2,016 u.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Écris l'équation ajustée de la réaction entre le zinc et les ions H⁺.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Quelle masse de dihydrogène se forme pour 6,54 g de zinc (proportionnalité)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 deviennent les atomes de zinc ? Où vont-ils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Propose une solution pour protéger la gouttière.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9 — Réactions acide-métal, acide-base et équations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Action de l'acide chlorhydrique sur des métaux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Quels métaux réagissent avec l'acide chlorhydrique, et quels sont les produits formés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4 tubes à essai + portoir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Paille de fer (ou poudre de fer), grenaille de zinc, tournure de cuivre, papier d'aluminium (petits morceaux)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Acide chlorhydrique à 1 mol/L (≈ 5 mL par tube), en flacon compte-gouttes ou petit bécher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Allumettes ou briquet (utilisation encadrée)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Entonnoir + papier filtre, 1 tube propre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Soude à 0,1 mol/L en flacon compte-gouttes, papier pH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Lunettes et gants obligatoires : l'acide chlorhydrique à 1 mol/L est irritant.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 xml:space="preserve">Dihydrogène : gaz inflammable. Seulement de petites quantités, test réalisé à l'ouverture du tube, </w:t>
      </w:r>
      <w:r>
        <w:rPr>
          <w:b/>
          <w:i w:val="0"/>
          <w:sz w:val="24"/>
        </w:rPr>
        <w:t>loin des flacons</w:t>
      </w:r>
      <w:r>
        <w:rPr>
          <w:b w:val="0"/>
          <w:i w:val="0"/>
          <w:sz w:val="24"/>
        </w:rPr>
        <w:t xml:space="preserve"> et de tout produit inflammable ; cheveux attachés.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jamais boucher hermétiquement un tube où se dégage un gaz.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Les solutions contenant des ions métalliques vont dans le bidon de récupération.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 w:val="0"/>
          <w:i w:val="0"/>
          <w:sz w:val="24"/>
        </w:rPr>
        <w:t>Mesure le pH de l'acide chlorhydrique avec le papier pH.</w:t>
      </w:r>
    </w:p>
    <w:p>
      <w:pPr>
        <w:spacing w:after="80"/>
        <w:ind w:left="340"/>
      </w:pPr>
      <w:r>
        <w:t xml:space="preserve">2. </w:t>
      </w:r>
      <w:r>
        <w:rPr>
          <w:b w:val="0"/>
          <w:i w:val="0"/>
          <w:sz w:val="24"/>
        </w:rPr>
        <w:t>Dans 4 tubes, place un petit morceau de chaque métal. Ajoute environ 3 mL d'acide chlorhydrique dans chaque tube. Observe pendant 2 min.</w:t>
      </w:r>
    </w:p>
    <w:p>
      <w:pPr>
        <w:spacing w:after="80"/>
        <w:ind w:left="340"/>
      </w:pPr>
      <w:r>
        <w:t xml:space="preserve">3. </w:t>
      </w:r>
      <w:r>
        <w:rPr>
          <w:b w:val="0"/>
          <w:i w:val="0"/>
          <w:sz w:val="24"/>
        </w:rPr>
        <w:t>Pour le tube contenant du fer : bouche-le une dizaine de secondes avec le pouce (ganté), puis approche une allumette enflammée de l'ouverture en retirant le pouce. Observe (voir schéma).</w:t>
      </w:r>
    </w:p>
    <w:p>
      <w:pPr>
        <w:spacing w:after="80"/>
        <w:ind w:left="340"/>
      </w:pPr>
      <w:r>
        <w:t xml:space="preserve">4. </w:t>
      </w:r>
      <w:r>
        <w:rPr>
          <w:b w:val="0"/>
          <w:i w:val="0"/>
          <w:sz w:val="24"/>
        </w:rPr>
        <w:t>Après 10 min, filtre le contenu du tube « fer ». Mesure le pH du filtrat. Ajoute au filtrat quelques gouttes de soude et observe.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Recommence le test à la soude avec le filtrat du tube « zinc ».</w:t>
      </w:r>
    </w:p>
    <w:p>
      <w:r>
        <w:drawing>
          <wp:inline xmlns:a="http://schemas.openxmlformats.org/drawingml/2006/main" xmlns:pic="http://schemas.openxmlformats.org/drawingml/2006/picture">
            <wp:extent cx="4680000" cy="31611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161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Métal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Observations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Test de la flamme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Test à la soude</w:t>
            </w:r>
          </w:p>
        </w:tc>
        <w:tc>
          <w:tcPr>
            <w:tcW w:type="dxa" w:w="2040"/>
            <w:shd w:val="clear" w:color="auto" w:fill="E9EFF7"/>
          </w:tcPr>
          <w:p>
            <w:r>
              <w:rPr>
                <w:b/>
                <w:i w:val="0"/>
                <w:sz w:val="22"/>
              </w:rPr>
              <w:t>Conclusion</w:t>
            </w:r>
          </w:p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fer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zinc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—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cuivre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—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—</w:t>
            </w:r>
          </w:p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aluminium</w:t>
            </w:r>
          </w:p>
        </w:tc>
        <w:tc>
          <w:tcPr>
            <w:tcW w:type="dxa" w:w="2040"/>
          </w:tcPr>
          <w:p/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—</w:t>
            </w:r>
          </w:p>
        </w:tc>
        <w:tc>
          <w:tcPr>
            <w:tcW w:type="dxa" w:w="2040"/>
          </w:tcPr>
          <w:p>
            <w:r>
              <w:rPr>
                <w:b w:val="0"/>
                <w:i w:val="0"/>
                <w:sz w:val="22"/>
              </w:rPr>
              <w:t>—</w:t>
            </w:r>
          </w:p>
        </w:tc>
        <w:tc>
          <w:tcPr>
            <w:tcW w:type="dxa" w:w="2040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Quels métaux réagissent avec l'acide chlorhydrique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Quel gaz se forme ? Justifie par ton observation.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Quels ions se sont formés dans le tube « fer » ? Justifie.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Compare le pH avant et après réaction. Interprète.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Écris l'équation ajustée de la réaction du fer avec l'acide chlorhydrique, puis celle du zinc.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