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8 — Lumière et Univers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Lumière et Univers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1.1, 2.2, 3.3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1.2, 2.3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2.1, 3.1, 3.2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La lumière du Soleil (7 pts)</w:t>
      </w:r>
    </w:p>
    <w:p>
      <w:pPr>
        <w:spacing w:after="80"/>
      </w:pPr>
      <w:r>
        <w:rPr>
          <w:b w:val="0"/>
          <w:i w:val="0"/>
          <w:sz w:val="24"/>
        </w:rPr>
        <w:t>Distance Terre–Soleil : 1,5 × 10⁸ km. Vitesse de la lumière : 3,0 × 10⁵ km/s.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Calcule la durée du trajet de la lumière du Soleil jusqu'à la Terre. Donne le résultat en s puis en min et s.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Le Soleil vient de se coucher. Est-il réellement passé sous l'horizon ? Explique.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Dans la Voie lactée (6 pts)</w:t>
      </w:r>
    </w:p>
    <w:p>
      <w:pPr>
        <w:spacing w:after="80"/>
      </w:pPr>
      <w:r>
        <w:rPr>
          <w:b w:val="0"/>
          <w:i w:val="0"/>
          <w:sz w:val="24"/>
        </w:rPr>
        <w:t>Sirius est l'étoile la plus brillante du ciel nocturne ; elle est à 8,6 al. 1 al ≈ 9,46 × 10¹² km.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Définis l'année-lumière.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Calcule la distance de Sirius en km.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Range : Sirius, Voie lactée, Système solaire, Terre, Univers.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L'ombre de la balle (7 pts)</w:t>
      </w:r>
    </w:p>
    <w:p>
      <w:pPr>
        <w:spacing w:after="80"/>
      </w:pPr>
      <w:r>
        <w:rPr>
          <w:b w:val="0"/>
          <w:i w:val="0"/>
          <w:sz w:val="24"/>
        </w:rPr>
        <w:t>Une petite lampe éclaire une balle de 6 cm de diamètre placée à 50 cm d'elle. Le mur est à 2,0 m de la lampe.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Quelle propriété de la lumière explique la formation de l'ombre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Fais un schéma avec les rayons qui délimitent l'ombre.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Calcule le diamètre de l'ombre sur le mur.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