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val="0"/>
          <w:color w:val="3D4A5C"/>
          <w:sz w:val="20"/>
        </w:rPr>
        <w:t>Physique-chimie 3e · Chapitre 8 — Lumière et Univers</w:t>
      </w:r>
    </w:p>
    <w:p>
      <w:pPr>
        <w:pStyle w:val="Title"/>
      </w:pPr>
      <w:r>
        <w:rPr>
          <w:b/>
          <w:i w:val="0"/>
          <w:color w:val="1E3A5F"/>
          <w:sz w:val="40"/>
        </w:rPr>
        <w:t>Activité documentaire — Regarder loin, c'est regarder dans le passé</w:t>
      </w:r>
    </w:p>
    <w:p>
      <w:r>
        <w:rPr>
          <w:b w:val="0"/>
          <w:i w:val="0"/>
          <w:sz w:val="22"/>
        </w:rPr>
        <w:t>Nom : ……………………………… Prénom : ……………………… Classe : 3e…… Date : ……………</w:t>
      </w:r>
    </w:p>
    <w:p>
      <w:pPr>
        <w:spacing w:after="80"/>
      </w:pPr>
      <w:r>
        <w:rPr>
          <w:b w:val="0"/>
          <w:i w:val="0"/>
          <w:sz w:val="24"/>
        </w:rPr>
        <w:t>La lumière va très vite… mais pas infiniment vite. Quand tu regardes les étoiles, tu vois de la lumière partie il y a des années, parfois des millions d'années.</w:t>
      </w:r>
    </w:p>
    <w:p>
      <w:pPr>
        <w:pStyle w:val="Heading2"/>
      </w:pPr>
      <w:r>
        <w:rPr>
          <w:b/>
          <w:i w:val="0"/>
          <w:color w:val="1E3A5F"/>
          <w:sz w:val="28"/>
        </w:rPr>
        <w:t>Document 1 — Une vitesse record</w:t>
      </w:r>
    </w:p>
    <w:p>
      <w:pPr>
        <w:spacing w:after="80"/>
      </w:pPr>
      <w:r>
        <w:rPr>
          <w:b w:val="0"/>
          <w:i w:val="0"/>
          <w:sz w:val="24"/>
        </w:rPr>
        <w:t xml:space="preserve">Dans le vide, la lumière se propage à environ </w:t>
      </w:r>
      <w:r>
        <w:rPr>
          <w:b/>
          <w:i w:val="0"/>
          <w:sz w:val="24"/>
        </w:rPr>
        <w:t>300 000 km/s</w:t>
      </w:r>
      <w:r>
        <w:rPr>
          <w:b w:val="0"/>
          <w:i w:val="0"/>
          <w:sz w:val="24"/>
        </w:rPr>
        <w:t xml:space="preserve"> (299 792 km/s exactement). Dans l'air, sa vitesse est presque la même. Rien ne va plus vite.</w:t>
      </w:r>
    </w:p>
    <w:p>
      <w:pPr>
        <w:pStyle w:val="Heading2"/>
      </w:pPr>
      <w:r>
        <w:rPr>
          <w:b/>
          <w:i w:val="0"/>
          <w:color w:val="1E3A5F"/>
          <w:sz w:val="28"/>
        </w:rPr>
        <w:t>Document 2 — Le laser et la Lune</w:t>
      </w:r>
    </w:p>
    <w:p>
      <w:pPr>
        <w:spacing w:after="80"/>
      </w:pPr>
      <w:r>
        <w:rPr>
          <w:b w:val="0"/>
          <w:i w:val="0"/>
          <w:sz w:val="24"/>
        </w:rPr>
        <w:t xml:space="preserve">Les astronautes d'Apollo ont déposé sur la Lune des réflecteurs. Depuis la Terre, on y envoie un faisceau laser et on mesure la durée de l'aller-retour : environ </w:t>
      </w:r>
      <w:r>
        <w:rPr>
          <w:b/>
          <w:i w:val="0"/>
          <w:sz w:val="24"/>
        </w:rPr>
        <w:t>2,56 s</w:t>
      </w:r>
      <w:r>
        <w:rPr>
          <w:b w:val="0"/>
          <w:i w:val="0"/>
          <w:sz w:val="24"/>
        </w:rPr>
        <w:t>. On en déduit la distance Terre–Lune.</w:t>
      </w:r>
    </w:p>
    <w:p>
      <w:pPr>
        <w:pStyle w:val="Heading2"/>
      </w:pPr>
      <w:r>
        <w:rPr>
          <w:b/>
          <w:i w:val="0"/>
          <w:color w:val="1E3A5F"/>
          <w:sz w:val="28"/>
        </w:rPr>
        <w:t>Document 3 — L'année-lumière</w:t>
      </w:r>
    </w:p>
    <w:p>
      <w:pPr>
        <w:spacing w:after="80"/>
      </w:pPr>
      <w:r>
        <w:rPr>
          <w:b w:val="0"/>
          <w:i w:val="0"/>
          <w:sz w:val="24"/>
        </w:rPr>
        <w:t>Pour les très grandes distances, les astronomes utilisent l'</w:t>
      </w:r>
      <w:r>
        <w:rPr>
          <w:b/>
          <w:i w:val="0"/>
          <w:sz w:val="24"/>
        </w:rPr>
        <w:t>année-lumière</w:t>
      </w:r>
      <w:r>
        <w:rPr>
          <w:b w:val="0"/>
          <w:i w:val="0"/>
          <w:sz w:val="24"/>
        </w:rPr>
        <w:t xml:space="preserve"> (al) : c'est la </w:t>
      </w:r>
      <w:r>
        <w:rPr>
          <w:b/>
          <w:i w:val="0"/>
          <w:sz w:val="24"/>
        </w:rPr>
        <w:t>distance</w:t>
      </w:r>
      <w:r>
        <w:rPr>
          <w:b w:val="0"/>
          <w:i w:val="0"/>
          <w:sz w:val="24"/>
        </w:rPr>
        <w:t xml:space="preserve"> parcourue par la lumière dans le vide en une année. 1 al ≈ 9 500 milliards de km. L'étoile la plus proche du Soleil, Proxima du Centaure, est à 4,24 al.</w:t>
      </w:r>
    </w:p>
    <w:p>
      <w:pPr>
        <w:pStyle w:val="Heading2"/>
      </w:pPr>
      <w:r>
        <w:rPr>
          <w:b/>
          <w:i w:val="0"/>
          <w:color w:val="1E3A5F"/>
          <w:sz w:val="28"/>
        </w:rPr>
        <w:t>Document 4 — Notre adresse dans l'Univers</w:t>
      </w:r>
    </w:p>
    <w:p>
      <w:pPr>
        <w:spacing w:after="80"/>
      </w:pPr>
      <w:r>
        <w:rPr>
          <w:b w:val="0"/>
          <w:i w:val="0"/>
          <w:sz w:val="24"/>
        </w:rPr>
        <w:t xml:space="preserve">La Terre est une planète du </w:t>
      </w:r>
      <w:r>
        <w:rPr>
          <w:b/>
          <w:i w:val="0"/>
          <w:sz w:val="24"/>
        </w:rPr>
        <w:t>Système solaire</w:t>
      </w:r>
      <w:r>
        <w:rPr>
          <w:b w:val="0"/>
          <w:i w:val="0"/>
          <w:sz w:val="24"/>
        </w:rPr>
        <w:t xml:space="preserve">, qui tourne autour d'une étoile, le Soleil. Le Soleil est l'une des quelque 100 à 400 milliards d'étoiles de notre </w:t>
      </w:r>
      <w:r>
        <w:rPr>
          <w:b/>
          <w:i w:val="0"/>
          <w:sz w:val="24"/>
        </w:rPr>
        <w:t>galaxie</w:t>
      </w:r>
      <w:r>
        <w:rPr>
          <w:b w:val="0"/>
          <w:i w:val="0"/>
          <w:sz w:val="24"/>
        </w:rPr>
        <w:t>, la Voie lactée. L'Univers observable contient des centaines de milliards de galaxies.</w:t>
      </w:r>
    </w:p>
    <w:p>
      <w:pPr>
        <w:pStyle w:val="Heading1"/>
      </w:pPr>
      <w:r>
        <w:rPr>
          <w:b/>
          <w:i w:val="0"/>
          <w:color w:val="1E3A5F"/>
          <w:sz w:val="32"/>
        </w:rPr>
        <w:t>Questions</w:t>
      </w:r>
    </w:p>
    <w:p>
      <w:r>
        <w:rPr>
          <w:b/>
          <w:i w:val="0"/>
          <w:sz w:val="24"/>
        </w:rPr>
        <w:t xml:space="preserve">1. </w:t>
      </w:r>
      <w:r>
        <w:rPr>
          <w:b w:val="0"/>
          <w:i w:val="0"/>
          <w:sz w:val="24"/>
        </w:rPr>
        <w:t>Quelle est la vitesse de la lumière dans le vide en km/s ?</w:t>
      </w:r>
    </w:p>
    <w:p>
      <w:r>
        <w:rPr>
          <w:color w:val="999999"/>
          <w:sz w:val="20"/>
        </w:rPr>
        <w:t>.........................................................................................................</w:t>
      </w:r>
    </w:p>
    <w:p>
      <w:r>
        <w:rPr>
          <w:color w:val="999999"/>
          <w:sz w:val="20"/>
        </w:rPr>
        <w:t>.........................................................................................................</w:t>
      </w:r>
    </w:p>
    <w:p>
      <w:r>
        <w:rPr>
          <w:color w:val="999999"/>
          <w:sz w:val="20"/>
        </w:rPr>
        <w:t>.........................................................................................................</w:t>
      </w:r>
    </w:p>
    <w:p>
      <w:r>
        <w:rPr>
          <w:b/>
          <w:i w:val="0"/>
          <w:sz w:val="24"/>
        </w:rPr>
        <w:t xml:space="preserve">2. </w:t>
      </w:r>
      <w:r>
        <w:rPr>
          <w:b w:val="0"/>
          <w:i w:val="0"/>
          <w:sz w:val="24"/>
        </w:rPr>
        <w:t>Calcule la distance Terre–Lune à partir de la durée de l'aller-retour du laser.</w:t>
      </w:r>
    </w:p>
    <w:p>
      <w:r>
        <w:rPr>
          <w:color w:val="999999"/>
          <w:sz w:val="20"/>
        </w:rPr>
        <w:t>.........................................................................................................</w:t>
      </w:r>
    </w:p>
    <w:p>
      <w:r>
        <w:rPr>
          <w:color w:val="999999"/>
          <w:sz w:val="20"/>
        </w:rPr>
        <w:t>.........................................................................................................</w:t>
      </w:r>
    </w:p>
    <w:p>
      <w:r>
        <w:rPr>
          <w:color w:val="999999"/>
          <w:sz w:val="20"/>
        </w:rPr>
        <w:t>.........................................................................................................</w:t>
      </w:r>
    </w:p>
    <w:p>
      <w:r>
        <w:rPr>
          <w:b/>
          <w:i w:val="0"/>
          <w:sz w:val="24"/>
        </w:rPr>
        <w:t xml:space="preserve">3. </w:t>
      </w:r>
      <w:r>
        <w:rPr>
          <w:b w:val="0"/>
          <w:i w:val="0"/>
          <w:sz w:val="24"/>
        </w:rPr>
        <w:t>L'année-lumière est-elle une durée ou une distance ? Justifie.</w:t>
      </w:r>
    </w:p>
    <w:p>
      <w:r>
        <w:rPr>
          <w:color w:val="999999"/>
          <w:sz w:val="20"/>
        </w:rPr>
        <w:t>.........................................................................................................</w:t>
      </w:r>
    </w:p>
    <w:p>
      <w:r>
        <w:rPr>
          <w:color w:val="999999"/>
          <w:sz w:val="20"/>
        </w:rPr>
        <w:t>.........................................................................................................</w:t>
      </w:r>
    </w:p>
    <w:p>
      <w:r>
        <w:rPr>
          <w:color w:val="999999"/>
          <w:sz w:val="20"/>
        </w:rPr>
        <w:t>.........................................................................................................</w:t>
      </w:r>
    </w:p>
    <w:p>
      <w:r>
        <w:rPr>
          <w:b/>
          <w:i w:val="0"/>
          <w:sz w:val="24"/>
        </w:rPr>
        <w:t xml:space="preserve">4. </w:t>
      </w:r>
      <w:r>
        <w:rPr>
          <w:b w:val="0"/>
          <w:i w:val="0"/>
          <w:sz w:val="24"/>
        </w:rPr>
        <w:t>La lumière de Proxima du Centaure que l'on voit aujourd'hui est partie il y a combien de temps ?</w:t>
      </w:r>
    </w:p>
    <w:p>
      <w:r>
        <w:rPr>
          <w:color w:val="999999"/>
          <w:sz w:val="20"/>
        </w:rPr>
        <w:t>.........................................................................................................</w:t>
      </w:r>
    </w:p>
    <w:p>
      <w:r>
        <w:rPr>
          <w:color w:val="999999"/>
          <w:sz w:val="20"/>
        </w:rPr>
        <w:t>.........................................................................................................</w:t>
      </w:r>
    </w:p>
    <w:p>
      <w:r>
        <w:rPr>
          <w:color w:val="999999"/>
          <w:sz w:val="20"/>
        </w:rPr>
        <w:t>.........................................................................................................</w:t>
      </w:r>
    </w:p>
    <w:p>
      <w:r>
        <w:rPr>
          <w:b/>
          <w:i w:val="0"/>
          <w:sz w:val="24"/>
        </w:rPr>
        <w:t xml:space="preserve">5. </w:t>
      </w:r>
      <w:r>
        <w:rPr>
          <w:b w:val="0"/>
          <w:i w:val="0"/>
          <w:sz w:val="24"/>
        </w:rPr>
        <w:t>Range du plus petit au plus grand : galaxie, Terre, Univers, Système solaire, Soleil.</w:t>
      </w:r>
    </w:p>
    <w:p>
      <w:r>
        <w:rPr>
          <w:color w:val="999999"/>
          <w:sz w:val="20"/>
        </w:rPr>
        <w:t>.........................................................................................................</w:t>
      </w:r>
    </w:p>
    <w:p>
      <w:r>
        <w:rPr>
          <w:color w:val="999999"/>
          <w:sz w:val="20"/>
        </w:rPr>
        <w:t>.........................................................................................................</w:t>
      </w:r>
    </w:p>
    <w:p>
      <w:r>
        <w:rPr>
          <w:color w:val="999999"/>
          <w:sz w:val="20"/>
        </w:rPr>
        <w:t>.........................................................................................................</w:t>
      </w:r>
    </w:p>
    <w:p>
      <w:r>
        <w:br w:type="page"/>
      </w:r>
    </w:p>
    <w:p>
      <w:r>
        <w:rPr>
          <w:b w:val="0"/>
          <w:i w:val="0"/>
          <w:color w:val="3D4A5C"/>
          <w:sz w:val="20"/>
        </w:rPr>
        <w:t>Physique-chimie 3e · Chapitre 8 — Lumière et Univers</w:t>
      </w:r>
    </w:p>
    <w:p>
      <w:pPr>
        <w:pStyle w:val="Title"/>
      </w:pPr>
      <w:r>
        <w:rPr>
          <w:b/>
          <w:i w:val="0"/>
          <w:color w:val="1E3A5F"/>
          <w:sz w:val="40"/>
        </w:rPr>
        <w:t>Fiche d’exercices</w:t>
      </w:r>
    </w:p>
    <w:p>
      <w:r>
        <w:rPr>
          <w:b w:val="0"/>
          <w:i w:val="0"/>
          <w:sz w:val="22"/>
        </w:rPr>
        <w:t>Nom : ……………………………… Prénom : ……………………… Classe : 3e…… Date : ……………</w:t>
      </w:r>
    </w:p>
    <w:p>
      <w:pPr>
        <w:pStyle w:val="Heading1"/>
      </w:pPr>
      <w:r>
        <w:rPr>
          <w:b/>
          <w:i w:val="0"/>
          <w:color w:val="1E3A5F"/>
          <w:sz w:val="32"/>
        </w:rPr>
        <w:t>Premiers pas (très guidés)</w:t>
      </w:r>
    </w:p>
    <w:p>
      <w:pPr>
        <w:pStyle w:val="Heading2"/>
      </w:pPr>
      <w:r>
        <w:rPr>
          <w:b/>
          <w:i w:val="0"/>
          <w:color w:val="1E3A5F"/>
          <w:sz w:val="28"/>
        </w:rPr>
        <w:t>PP1 · Ranger l'Univers — Premiers pas</w:t>
      </w:r>
    </w:p>
    <w:p>
      <w:pPr>
        <w:spacing w:after="80"/>
      </w:pPr>
      <w:r>
        <w:rPr>
          <w:b w:val="0"/>
          <w:i w:val="0"/>
          <w:sz w:val="24"/>
        </w:rPr>
        <w:t xml:space="preserve">Objets : la Voie lactée, la Lune, le Système solaire, le Soleil. </w:t>
      </w:r>
      <w:r>
        <w:rPr>
          <w:b w:val="0"/>
          <w:i w:val="0"/>
          <w:sz w:val="24"/>
        </w:rPr>
        <w:t>Aide : la Lune tourne autour de la Terre ; le Soleil est une étoile de la Voie lactée.</w:t>
      </w:r>
    </w:p>
    <w:p>
      <w:r>
        <w:rPr>
          <w:b/>
          <w:i w:val="0"/>
          <w:sz w:val="24"/>
        </w:rPr>
        <w:t xml:space="preserve">a) </w:t>
      </w:r>
      <w:r>
        <w:rPr>
          <w:b w:val="0"/>
          <w:i w:val="0"/>
          <w:sz w:val="24"/>
        </w:rPr>
        <w:t>Range-les du plus petit au plus grand.</w:t>
      </w:r>
    </w:p>
    <w:p>
      <w:r>
        <w:rPr>
          <w:color w:val="999999"/>
          <w:sz w:val="20"/>
        </w:rPr>
        <w:t>.........................................................................................................</w:t>
      </w:r>
    </w:p>
    <w:p>
      <w:r>
        <w:rPr>
          <w:color w:val="999999"/>
          <w:sz w:val="20"/>
        </w:rPr>
        <w:t>.........................................................................................................</w:t>
      </w:r>
    </w:p>
    <w:p>
      <w:r>
        <w:rPr>
          <w:b/>
          <w:i w:val="0"/>
          <w:sz w:val="24"/>
        </w:rPr>
        <w:t xml:space="preserve">b) </w:t>
      </w:r>
      <w:r>
        <w:rPr>
          <w:b w:val="0"/>
          <w:i w:val="0"/>
          <w:sz w:val="24"/>
        </w:rPr>
        <w:t>Lequel est une étoile ?</w:t>
      </w:r>
    </w:p>
    <w:p>
      <w:r>
        <w:rPr>
          <w:color w:val="999999"/>
          <w:sz w:val="20"/>
        </w:rPr>
        <w:t>.........................................................................................................</w:t>
      </w:r>
    </w:p>
    <w:p>
      <w:r>
        <w:rPr>
          <w:color w:val="999999"/>
          <w:sz w:val="20"/>
        </w:rPr>
        <w:t>.........................................................................................................</w:t>
      </w:r>
    </w:p>
    <w:p>
      <w:r>
        <w:rPr>
          <w:b/>
          <w:i w:val="0"/>
          <w:sz w:val="24"/>
        </w:rPr>
        <w:t xml:space="preserve">c) </w:t>
      </w:r>
      <w:r>
        <w:rPr>
          <w:b w:val="0"/>
          <w:i w:val="0"/>
          <w:sz w:val="24"/>
        </w:rPr>
        <w:t>Lequel est une galaxie ?</w:t>
      </w:r>
    </w:p>
    <w:p>
      <w:r>
        <w:rPr>
          <w:color w:val="999999"/>
          <w:sz w:val="20"/>
        </w:rPr>
        <w:t>.........................................................................................................</w:t>
      </w:r>
    </w:p>
    <w:p>
      <w:r>
        <w:rPr>
          <w:color w:val="999999"/>
          <w:sz w:val="20"/>
        </w:rPr>
        <w:t>.........................................................................................................</w:t>
      </w:r>
    </w:p>
    <w:p>
      <w:pPr>
        <w:pStyle w:val="Heading2"/>
      </w:pPr>
      <w:r>
        <w:rPr>
          <w:b/>
          <w:i w:val="0"/>
          <w:color w:val="1E3A5F"/>
          <w:sz w:val="28"/>
        </w:rPr>
        <w:t>PP2 · Un calcul de durée — Premiers pas</w:t>
      </w:r>
    </w:p>
    <w:p>
      <w:pPr>
        <w:spacing w:after="80"/>
      </w:pPr>
      <w:r>
        <w:rPr>
          <w:b w:val="0"/>
          <w:i w:val="0"/>
          <w:sz w:val="24"/>
        </w:rPr>
        <w:t xml:space="preserve">La lumière parcourt 300 000 km chaque seconde. La Lune est à 384 000 km. </w:t>
      </w:r>
      <w:r>
        <w:rPr>
          <w:b w:val="0"/>
          <w:i w:val="0"/>
          <w:sz w:val="24"/>
        </w:rPr>
        <w:t>Aide : t = d ÷ c.</w:t>
      </w:r>
    </w:p>
    <w:p>
      <w:r>
        <w:rPr>
          <w:b/>
          <w:i w:val="0"/>
          <w:sz w:val="24"/>
        </w:rPr>
        <w:t xml:space="preserve">a) </w:t>
      </w:r>
      <w:r>
        <w:rPr>
          <w:b w:val="0"/>
          <w:i w:val="0"/>
          <w:sz w:val="24"/>
        </w:rPr>
        <w:t>Pose la division 384 000 ÷ 300 000.</w:t>
      </w:r>
    </w:p>
    <w:p>
      <w:r>
        <w:rPr>
          <w:color w:val="999999"/>
          <w:sz w:val="20"/>
        </w:rPr>
        <w:t>.........................................................................................................</w:t>
      </w:r>
    </w:p>
    <w:p>
      <w:r>
        <w:rPr>
          <w:color w:val="999999"/>
          <w:sz w:val="20"/>
        </w:rPr>
        <w:t>.........................................................................................................</w:t>
      </w:r>
    </w:p>
    <w:p>
      <w:r>
        <w:rPr>
          <w:b/>
          <w:i w:val="0"/>
          <w:sz w:val="24"/>
        </w:rPr>
        <w:t xml:space="preserve">b) </w:t>
      </w:r>
      <w:r>
        <w:rPr>
          <w:b w:val="0"/>
          <w:i w:val="0"/>
          <w:sz w:val="24"/>
        </w:rPr>
        <w:t>Donne le résultat avec son unité.</w:t>
      </w:r>
    </w:p>
    <w:p>
      <w:r>
        <w:rPr>
          <w:color w:val="999999"/>
          <w:sz w:val="20"/>
        </w:rPr>
        <w:t>.........................................................................................................</w:t>
      </w:r>
    </w:p>
    <w:p>
      <w:r>
        <w:rPr>
          <w:color w:val="999999"/>
          <w:sz w:val="20"/>
        </w:rPr>
        <w:t>.........................................................................................................</w:t>
      </w:r>
    </w:p>
    <w:p>
      <w:r>
        <w:rPr>
          <w:b/>
          <w:i w:val="0"/>
          <w:sz w:val="24"/>
        </w:rPr>
        <w:t xml:space="preserve">c) </w:t>
      </w:r>
      <w:r>
        <w:rPr>
          <w:b w:val="0"/>
          <w:i w:val="0"/>
          <w:sz w:val="24"/>
        </w:rPr>
        <w:t>Que voit-on quand on regarde la Lune ?</w:t>
      </w:r>
    </w:p>
    <w:p>
      <w:r>
        <w:rPr>
          <w:color w:val="999999"/>
          <w:sz w:val="20"/>
        </w:rPr>
        <w:t>.........................................................................................................</w:t>
      </w:r>
    </w:p>
    <w:p>
      <w:r>
        <w:rPr>
          <w:color w:val="999999"/>
          <w:sz w:val="20"/>
        </w:rPr>
        <w:t>.........................................................................................................</w:t>
      </w:r>
    </w:p>
    <w:p>
      <w:pPr>
        <w:pStyle w:val="Heading2"/>
      </w:pPr>
      <w:r>
        <w:rPr>
          <w:b/>
          <w:i w:val="0"/>
          <w:color w:val="1E3A5F"/>
          <w:sz w:val="28"/>
        </w:rPr>
        <w:t>PP3 · La lumière va tout droit — Premiers pas</w:t>
      </w:r>
    </w:p>
    <w:p>
      <w:pPr>
        <w:spacing w:after="80"/>
      </w:pPr>
      <w:r>
        <w:rPr>
          <w:b w:val="0"/>
          <w:i w:val="0"/>
          <w:sz w:val="24"/>
        </w:rPr>
        <w:t xml:space="preserve">Trois cartons percés d'un trou sont alignés devant une lampe. </w:t>
      </w:r>
      <w:r>
        <w:rPr>
          <w:b w:val="0"/>
          <w:i w:val="0"/>
          <w:sz w:val="24"/>
        </w:rPr>
        <w:t>Aide : la lumière se propage en ligne droite.</w:t>
      </w:r>
    </w:p>
    <w:p>
      <w:r>
        <w:rPr>
          <w:b/>
          <w:i w:val="0"/>
          <w:sz w:val="24"/>
        </w:rPr>
        <w:t xml:space="preserve">a) </w:t>
      </w:r>
      <w:r>
        <w:rPr>
          <w:b w:val="0"/>
          <w:i w:val="0"/>
          <w:sz w:val="24"/>
        </w:rPr>
        <w:t>Si les trois trous sont alignés, voit-on la lampe à travers ?</w:t>
      </w:r>
    </w:p>
    <w:p>
      <w:r>
        <w:rPr>
          <w:color w:val="999999"/>
          <w:sz w:val="20"/>
        </w:rPr>
        <w:t>.........................................................................................................</w:t>
      </w:r>
    </w:p>
    <w:p>
      <w:r>
        <w:rPr>
          <w:color w:val="999999"/>
          <w:sz w:val="20"/>
        </w:rPr>
        <w:t>.........................................................................................................</w:t>
      </w:r>
    </w:p>
    <w:p>
      <w:r>
        <w:rPr>
          <w:b/>
          <w:i w:val="0"/>
          <w:sz w:val="24"/>
        </w:rPr>
        <w:t xml:space="preserve">b) </w:t>
      </w:r>
      <w:r>
        <w:rPr>
          <w:b w:val="0"/>
          <w:i w:val="0"/>
          <w:sz w:val="24"/>
        </w:rPr>
        <w:t>On déplace le carton du milieu. Que se passe-t-il ?</w:t>
      </w:r>
    </w:p>
    <w:p>
      <w:r>
        <w:rPr>
          <w:color w:val="999999"/>
          <w:sz w:val="20"/>
        </w:rPr>
        <w:t>.........................................................................................................</w:t>
      </w:r>
    </w:p>
    <w:p>
      <w:r>
        <w:rPr>
          <w:color w:val="999999"/>
          <w:sz w:val="20"/>
        </w:rPr>
        <w:t>.........................................................................................................</w:t>
      </w:r>
    </w:p>
    <w:p>
      <w:r>
        <w:rPr>
          <w:b/>
          <w:i w:val="0"/>
          <w:sz w:val="24"/>
        </w:rPr>
        <w:t xml:space="preserve">c) </w:t>
      </w:r>
      <w:r>
        <w:rPr>
          <w:b w:val="0"/>
          <w:i w:val="0"/>
          <w:sz w:val="24"/>
        </w:rPr>
        <w:t>Quelle propriété de la lumière cette expérience montre-t-elle ?</w:t>
      </w:r>
    </w:p>
    <w:p>
      <w:r>
        <w:rPr>
          <w:color w:val="999999"/>
          <w:sz w:val="20"/>
        </w:rPr>
        <w:t>.........................................................................................................</w:t>
      </w:r>
    </w:p>
    <w:p>
      <w:r>
        <w:rPr>
          <w:color w:val="999999"/>
          <w:sz w:val="20"/>
        </w:rPr>
        <w:t>.........................................................................................................</w:t>
      </w:r>
    </w:p>
    <w:p>
      <w:pPr>
        <w:pStyle w:val="Heading1"/>
      </w:pPr>
      <w:r>
        <w:rPr>
          <w:b/>
          <w:i w:val="0"/>
          <w:color w:val="1E3A5F"/>
          <w:sz w:val="32"/>
        </w:rPr>
        <w:t>Exercices progressifs</w:t>
      </w:r>
    </w:p>
    <w:p>
      <w:pPr>
        <w:pStyle w:val="Heading2"/>
      </w:pPr>
      <w:r>
        <w:rPr>
          <w:b/>
          <w:i w:val="0"/>
          <w:color w:val="1E3A5F"/>
          <w:sz w:val="28"/>
        </w:rPr>
        <w:t>Exercice 1 · Puissances de dix ★☆☆☆☆</w:t>
      </w:r>
    </w:p>
    <w:p>
      <w:pPr>
        <w:spacing w:after="80"/>
      </w:pPr>
      <w:r>
        <w:rPr>
          <w:b w:val="0"/>
          <w:i w:val="0"/>
          <w:sz w:val="24"/>
        </w:rPr>
        <w:t>Écris en notation scientifique puis donne l'ordre de grandeur en mètres :</w:t>
      </w:r>
    </w:p>
    <w:p>
      <w:r>
        <w:rPr>
          <w:b/>
          <w:i w:val="0"/>
          <w:sz w:val="24"/>
        </w:rPr>
        <w:t xml:space="preserve">a) </w:t>
      </w:r>
      <w:r>
        <w:rPr>
          <w:b w:val="0"/>
          <w:i w:val="0"/>
          <w:sz w:val="24"/>
        </w:rPr>
        <w:t>Diamètre de la Terre : 12 742 km.</w:t>
      </w:r>
    </w:p>
    <w:p>
      <w:r>
        <w:rPr>
          <w:color w:val="999999"/>
          <w:sz w:val="20"/>
        </w:rPr>
        <w:t>.........................................................................................................</w:t>
      </w:r>
    </w:p>
    <w:p>
      <w:r>
        <w:rPr>
          <w:color w:val="999999"/>
          <w:sz w:val="20"/>
        </w:rPr>
        <w:t>.........................................................................................................</w:t>
      </w:r>
    </w:p>
    <w:p>
      <w:r>
        <w:rPr>
          <w:b/>
          <w:i w:val="0"/>
          <w:sz w:val="24"/>
        </w:rPr>
        <w:t xml:space="preserve">b) </w:t>
      </w:r>
      <w:r>
        <w:rPr>
          <w:b w:val="0"/>
          <w:i w:val="0"/>
          <w:sz w:val="24"/>
        </w:rPr>
        <w:t>Distance Terre–Soleil : 150 000 000 km.</w:t>
      </w:r>
    </w:p>
    <w:p>
      <w:r>
        <w:rPr>
          <w:color w:val="999999"/>
          <w:sz w:val="20"/>
        </w:rPr>
        <w:t>.........................................................................................................</w:t>
      </w:r>
    </w:p>
    <w:p>
      <w:r>
        <w:rPr>
          <w:color w:val="999999"/>
          <w:sz w:val="20"/>
        </w:rPr>
        <w:t>.........................................................................................................</w:t>
      </w:r>
    </w:p>
    <w:p>
      <w:r>
        <w:rPr>
          <w:b/>
          <w:i w:val="0"/>
          <w:sz w:val="24"/>
        </w:rPr>
        <w:t xml:space="preserve">c) </w:t>
      </w:r>
      <w:r>
        <w:rPr>
          <w:b w:val="0"/>
          <w:i w:val="0"/>
          <w:sz w:val="24"/>
        </w:rPr>
        <w:t>Taille d'un atome : 0,000 000 000 1 m.</w:t>
      </w:r>
    </w:p>
    <w:p>
      <w:r>
        <w:rPr>
          <w:color w:val="999999"/>
          <w:sz w:val="20"/>
        </w:rPr>
        <w:t>.........................................................................................................</w:t>
      </w:r>
    </w:p>
    <w:p>
      <w:r>
        <w:rPr>
          <w:color w:val="999999"/>
          <w:sz w:val="20"/>
        </w:rPr>
        <w:t>.........................................................................................................</w:t>
      </w:r>
    </w:p>
    <w:p>
      <w:pPr>
        <w:pStyle w:val="Heading2"/>
      </w:pPr>
      <w:r>
        <w:rPr>
          <w:b/>
          <w:i w:val="0"/>
          <w:color w:val="1E3A5F"/>
          <w:sz w:val="28"/>
        </w:rPr>
        <w:t>Exercice 2 · Le laser lunaire ★☆☆☆☆</w:t>
      </w:r>
    </w:p>
    <w:p>
      <w:pPr>
        <w:spacing w:after="80"/>
      </w:pPr>
      <w:r>
        <w:rPr>
          <w:b w:val="0"/>
          <w:i w:val="0"/>
          <w:sz w:val="24"/>
        </w:rPr>
        <w:t>Un faisceau laser fait l'aller-retour Terre–Lune en 2,56 s. Vitesse de la lumière : 300 000 km/s.</w:t>
      </w:r>
    </w:p>
    <w:p>
      <w:r>
        <w:rPr>
          <w:b/>
          <w:i w:val="0"/>
          <w:sz w:val="24"/>
        </w:rPr>
        <w:t xml:space="preserve">a) </w:t>
      </w:r>
      <w:r>
        <w:rPr>
          <w:b w:val="0"/>
          <w:i w:val="0"/>
          <w:sz w:val="24"/>
        </w:rPr>
        <w:t>Quelle est la durée de l'aller simple ?</w:t>
      </w:r>
    </w:p>
    <w:p>
      <w:r>
        <w:rPr>
          <w:color w:val="999999"/>
          <w:sz w:val="20"/>
        </w:rPr>
        <w:t>.........................................................................................................</w:t>
      </w:r>
    </w:p>
    <w:p>
      <w:r>
        <w:rPr>
          <w:color w:val="999999"/>
          <w:sz w:val="20"/>
        </w:rPr>
        <w:t>.........................................................................................................</w:t>
      </w:r>
    </w:p>
    <w:p>
      <w:r>
        <w:rPr>
          <w:b/>
          <w:i w:val="0"/>
          <w:sz w:val="24"/>
        </w:rPr>
        <w:t xml:space="preserve">b) </w:t>
      </w:r>
      <w:r>
        <w:rPr>
          <w:b w:val="0"/>
          <w:i w:val="0"/>
          <w:sz w:val="24"/>
        </w:rPr>
        <w:t>Calcule la distance Terre–Lune.</w:t>
      </w:r>
    </w:p>
    <w:p>
      <w:r>
        <w:rPr>
          <w:color w:val="999999"/>
          <w:sz w:val="20"/>
        </w:rPr>
        <w:t>.........................................................................................................</w:t>
      </w:r>
    </w:p>
    <w:p>
      <w:r>
        <w:rPr>
          <w:color w:val="999999"/>
          <w:sz w:val="20"/>
        </w:rPr>
        <w:t>.........................................................................................................</w:t>
      </w:r>
    </w:p>
    <w:p>
      <w:r>
        <w:rPr>
          <w:b/>
          <w:i w:val="0"/>
          <w:sz w:val="24"/>
        </w:rPr>
        <w:t xml:space="preserve">c) </w:t>
      </w:r>
      <w:r>
        <w:rPr>
          <w:b w:val="0"/>
          <w:i w:val="0"/>
          <w:sz w:val="24"/>
        </w:rPr>
        <w:t>Pourquoi ce calcul ressemble-t-il à celui d'un sonar ?</w:t>
      </w:r>
    </w:p>
    <w:p>
      <w:r>
        <w:rPr>
          <w:color w:val="999999"/>
          <w:sz w:val="20"/>
        </w:rPr>
        <w:t>.........................................................................................................</w:t>
      </w:r>
    </w:p>
    <w:p>
      <w:r>
        <w:rPr>
          <w:color w:val="999999"/>
          <w:sz w:val="20"/>
        </w:rPr>
        <w:t>.........................................................................................................</w:t>
      </w:r>
    </w:p>
    <w:p>
      <w:pPr>
        <w:pStyle w:val="Heading2"/>
      </w:pPr>
      <w:r>
        <w:rPr>
          <w:b/>
          <w:i w:val="0"/>
          <w:color w:val="1E3A5F"/>
          <w:sz w:val="28"/>
        </w:rPr>
        <w:t>Exercice 3 · L'année-lumière ★★☆☆☆</w:t>
      </w:r>
    </w:p>
    <w:p>
      <w:pPr>
        <w:spacing w:after="80"/>
      </w:pPr>
      <w:r>
        <w:rPr>
          <w:b w:val="0"/>
          <w:i w:val="0"/>
          <w:sz w:val="24"/>
        </w:rPr>
        <w:t>c = 3,00 × 10⁵ km/s ; 1 an ≈ 3,16 × 10⁷ s.</w:t>
      </w:r>
    </w:p>
    <w:p>
      <w:r>
        <w:rPr>
          <w:b/>
          <w:i w:val="0"/>
          <w:sz w:val="24"/>
        </w:rPr>
        <w:t xml:space="preserve">a) </w:t>
      </w:r>
      <w:r>
        <w:rPr>
          <w:b w:val="0"/>
          <w:i w:val="0"/>
          <w:sz w:val="24"/>
        </w:rPr>
        <w:t>Calcule la distance parcourue par la lumière en 1 an, en km.</w:t>
      </w:r>
    </w:p>
    <w:p>
      <w:r>
        <w:rPr>
          <w:color w:val="999999"/>
          <w:sz w:val="20"/>
        </w:rPr>
        <w:t>.........................................................................................................</w:t>
      </w:r>
    </w:p>
    <w:p>
      <w:r>
        <w:rPr>
          <w:color w:val="999999"/>
          <w:sz w:val="20"/>
        </w:rPr>
        <w:t>.........................................................................................................</w:t>
      </w:r>
    </w:p>
    <w:p>
      <w:r>
        <w:rPr>
          <w:b/>
          <w:i w:val="0"/>
          <w:sz w:val="24"/>
        </w:rPr>
        <w:t xml:space="preserve">b) </w:t>
      </w:r>
      <w:r>
        <w:rPr>
          <w:b w:val="0"/>
          <w:i w:val="0"/>
          <w:sz w:val="24"/>
        </w:rPr>
        <w:t>Convertis cette distance en mètres.</w:t>
      </w:r>
    </w:p>
    <w:p>
      <w:r>
        <w:rPr>
          <w:color w:val="999999"/>
          <w:sz w:val="20"/>
        </w:rPr>
        <w:t>.........................................................................................................</w:t>
      </w:r>
    </w:p>
    <w:p>
      <w:r>
        <w:rPr>
          <w:color w:val="999999"/>
          <w:sz w:val="20"/>
        </w:rPr>
        <w:t>.........................................................................................................</w:t>
      </w:r>
    </w:p>
    <w:p>
      <w:r>
        <w:rPr>
          <w:b/>
          <w:i w:val="0"/>
          <w:sz w:val="24"/>
        </w:rPr>
        <w:t xml:space="preserve">c) </w:t>
      </w:r>
      <w:r>
        <w:rPr>
          <w:b w:val="0"/>
          <w:i w:val="0"/>
          <w:sz w:val="24"/>
        </w:rPr>
        <w:t>Proxima du Centaure est à 4,24 al. Calcule cette distance en km.</w:t>
      </w:r>
    </w:p>
    <w:p>
      <w:r>
        <w:rPr>
          <w:color w:val="999999"/>
          <w:sz w:val="20"/>
        </w:rPr>
        <w:t>.........................................................................................................</w:t>
      </w:r>
    </w:p>
    <w:p>
      <w:r>
        <w:rPr>
          <w:color w:val="999999"/>
          <w:sz w:val="20"/>
        </w:rPr>
        <w:t>.........................................................................................................</w:t>
      </w:r>
    </w:p>
    <w:p>
      <w:pPr>
        <w:pStyle w:val="Heading2"/>
      </w:pPr>
      <w:r>
        <w:rPr>
          <w:b/>
          <w:i w:val="0"/>
          <w:color w:val="1E3A5F"/>
          <w:sz w:val="28"/>
        </w:rPr>
        <w:t>Exercice 4 · Des ombres ★★☆☆☆</w:t>
      </w:r>
    </w:p>
    <w:p>
      <w:pPr>
        <w:spacing w:after="80"/>
      </w:pPr>
      <w:r>
        <w:rPr>
          <w:b w:val="0"/>
          <w:i w:val="0"/>
          <w:sz w:val="24"/>
        </w:rPr>
        <w:t>Une lampe (supposée ponctuelle) éclaire un objet de 5 cm de haut placé à 30 cm d'elle. Un écran est à 90 cm de la lampe.</w:t>
      </w:r>
    </w:p>
    <w:p>
      <w:r>
        <w:rPr>
          <w:b/>
          <w:i w:val="0"/>
          <w:sz w:val="24"/>
        </w:rPr>
        <w:t xml:space="preserve">a) </w:t>
      </w:r>
      <w:r>
        <w:rPr>
          <w:b w:val="0"/>
          <w:i w:val="0"/>
          <w:sz w:val="24"/>
        </w:rPr>
        <w:t>Fais un schéma avec les rayons qui délimitent l'ombre.</w:t>
      </w:r>
    </w:p>
    <w:p>
      <w:r>
        <w:rPr>
          <w:color w:val="999999"/>
          <w:sz w:val="20"/>
        </w:rPr>
        <w:t>.........................................................................................................</w:t>
      </w:r>
    </w:p>
    <w:p>
      <w:r>
        <w:rPr>
          <w:color w:val="999999"/>
          <w:sz w:val="20"/>
        </w:rPr>
        <w:t>.........................................................................................................</w:t>
      </w:r>
    </w:p>
    <w:p>
      <w:r>
        <w:rPr>
          <w:b/>
          <w:i w:val="0"/>
          <w:sz w:val="24"/>
        </w:rPr>
        <w:t xml:space="preserve">b) </w:t>
      </w:r>
      <w:r>
        <w:rPr>
          <w:b w:val="0"/>
          <w:i w:val="0"/>
          <w:sz w:val="24"/>
        </w:rPr>
        <w:t>En utilisant la proportionnalité (Thalès), calcule la hauteur de l'ombre.</w:t>
      </w:r>
    </w:p>
    <w:p>
      <w:r>
        <w:rPr>
          <w:color w:val="999999"/>
          <w:sz w:val="20"/>
        </w:rPr>
        <w:t>.........................................................................................................</w:t>
      </w:r>
    </w:p>
    <w:p>
      <w:r>
        <w:rPr>
          <w:color w:val="999999"/>
          <w:sz w:val="20"/>
        </w:rPr>
        <w:t>.........................................................................................................</w:t>
      </w:r>
    </w:p>
    <w:p>
      <w:r>
        <w:rPr>
          <w:b/>
          <w:i w:val="0"/>
          <w:sz w:val="24"/>
        </w:rPr>
        <w:t xml:space="preserve">c) </w:t>
      </w:r>
      <w:r>
        <w:rPr>
          <w:b w:val="0"/>
          <w:i w:val="0"/>
          <w:sz w:val="24"/>
        </w:rPr>
        <w:t>Comment évolue l'ombre si on rapproche l'objet de la lampe ?</w:t>
      </w:r>
    </w:p>
    <w:p>
      <w:r>
        <w:rPr>
          <w:color w:val="999999"/>
          <w:sz w:val="20"/>
        </w:rPr>
        <w:t>.........................................................................................................</w:t>
      </w:r>
    </w:p>
    <w:p>
      <w:r>
        <w:rPr>
          <w:color w:val="999999"/>
          <w:sz w:val="20"/>
        </w:rPr>
        <w:t>.........................................................................................................</w:t>
      </w:r>
    </w:p>
    <w:p>
      <w:pPr>
        <w:pStyle w:val="Heading2"/>
      </w:pPr>
      <w:r>
        <w:rPr>
          <w:b/>
          <w:i w:val="0"/>
          <w:color w:val="1E3A5F"/>
          <w:sz w:val="28"/>
        </w:rPr>
        <w:t>Exercice 5 · Voir dans le passé ★★★☆☆</w:t>
      </w:r>
    </w:p>
    <w:p>
      <w:pPr>
        <w:spacing w:after="80"/>
      </w:pPr>
      <w:r>
        <w:rPr>
          <w:b w:val="0"/>
          <w:i w:val="0"/>
          <w:sz w:val="24"/>
        </w:rPr>
        <w:t>Bételgeuse, une étoile de la constellation d'Orion, est à environ 550 al de la Terre. La galaxie d'Andromède est à 2,5 millions d'al.</w:t>
      </w:r>
    </w:p>
    <w:p>
      <w:r>
        <w:rPr>
          <w:b/>
          <w:i w:val="0"/>
          <w:sz w:val="24"/>
        </w:rPr>
        <w:t xml:space="preserve">a) </w:t>
      </w:r>
      <w:r>
        <w:rPr>
          <w:b w:val="0"/>
          <w:i w:val="0"/>
          <w:sz w:val="24"/>
        </w:rPr>
        <w:t>La lumière de Bételgeuse que l'on reçoit aujourd'hui est partie quand ?</w:t>
      </w:r>
    </w:p>
    <w:p>
      <w:r>
        <w:rPr>
          <w:color w:val="999999"/>
          <w:sz w:val="20"/>
        </w:rPr>
        <w:t>.........................................................................................................</w:t>
      </w:r>
    </w:p>
    <w:p>
      <w:r>
        <w:rPr>
          <w:color w:val="999999"/>
          <w:sz w:val="20"/>
        </w:rPr>
        <w:t>.........................................................................................................</w:t>
      </w:r>
    </w:p>
    <w:p>
      <w:r>
        <w:rPr>
          <w:b/>
          <w:i w:val="0"/>
          <w:sz w:val="24"/>
        </w:rPr>
        <w:t xml:space="preserve">b) </w:t>
      </w:r>
      <w:r>
        <w:rPr>
          <w:b w:val="0"/>
          <w:i w:val="0"/>
          <w:sz w:val="24"/>
        </w:rPr>
        <w:t>Si Bételgeuse explosait aujourd'hui, quand le verrait-on ?</w:t>
      </w:r>
    </w:p>
    <w:p>
      <w:r>
        <w:rPr>
          <w:color w:val="999999"/>
          <w:sz w:val="20"/>
        </w:rPr>
        <w:t>.........................................................................................................</w:t>
      </w:r>
    </w:p>
    <w:p>
      <w:r>
        <w:rPr>
          <w:color w:val="999999"/>
          <w:sz w:val="20"/>
        </w:rPr>
        <w:t>.........................................................................................................</w:t>
      </w:r>
    </w:p>
    <w:p>
      <w:r>
        <w:rPr>
          <w:b/>
          <w:i w:val="0"/>
          <w:sz w:val="24"/>
        </w:rPr>
        <w:t xml:space="preserve">c) </w:t>
      </w:r>
      <w:r>
        <w:rPr>
          <w:b w:val="0"/>
          <w:i w:val="0"/>
          <w:sz w:val="24"/>
        </w:rPr>
        <w:t>La lumière d'Andromède est partie il y a 2,5 millions d'années. Que se passait-il alors sur Terre (premiers humains : ≈ 2 à 3 millions d'années) ?</w:t>
      </w:r>
    </w:p>
    <w:p>
      <w:r>
        <w:rPr>
          <w:color w:val="999999"/>
          <w:sz w:val="20"/>
        </w:rPr>
        <w:t>.........................................................................................................</w:t>
      </w:r>
    </w:p>
    <w:p>
      <w:r>
        <w:rPr>
          <w:color w:val="999999"/>
          <w:sz w:val="20"/>
        </w:rPr>
        <w:t>.........................................................................................................</w:t>
      </w:r>
    </w:p>
    <w:p>
      <w:pPr>
        <w:pStyle w:val="Heading2"/>
      </w:pPr>
      <w:r>
        <w:rPr>
          <w:b/>
          <w:i w:val="0"/>
          <w:color w:val="1E3A5F"/>
          <w:sz w:val="28"/>
        </w:rPr>
        <w:t>Exercice 6 · Communiquer avec Neptune ★★★☆☆</w:t>
      </w:r>
    </w:p>
    <w:p>
      <w:pPr>
        <w:spacing w:after="80"/>
      </w:pPr>
      <w:r>
        <w:rPr>
          <w:b w:val="0"/>
          <w:i w:val="0"/>
          <w:sz w:val="24"/>
        </w:rPr>
        <w:t>En 1989, la sonde Voyager 2 survole Neptune, à environ 4,5 × 10⁹ km de la Terre. Les signaux radio voyagent à la vitesse de la lumière.</w:t>
      </w:r>
    </w:p>
    <w:p>
      <w:r>
        <w:rPr>
          <w:b/>
          <w:i w:val="0"/>
          <w:sz w:val="24"/>
        </w:rPr>
        <w:t xml:space="preserve">a) </w:t>
      </w:r>
      <w:r>
        <w:rPr>
          <w:b w:val="0"/>
          <w:i w:val="0"/>
          <w:sz w:val="24"/>
        </w:rPr>
        <w:t>Calcule la durée du trajet d'un signal de la sonde vers la Terre.</w:t>
      </w:r>
    </w:p>
    <w:p>
      <w:r>
        <w:rPr>
          <w:color w:val="999999"/>
          <w:sz w:val="20"/>
        </w:rPr>
        <w:t>.........................................................................................................</w:t>
      </w:r>
    </w:p>
    <w:p>
      <w:r>
        <w:rPr>
          <w:color w:val="999999"/>
          <w:sz w:val="20"/>
        </w:rPr>
        <w:t>.........................................................................................................</w:t>
      </w:r>
    </w:p>
    <w:p>
      <w:r>
        <w:rPr>
          <w:b/>
          <w:i w:val="0"/>
          <w:sz w:val="24"/>
        </w:rPr>
        <w:t xml:space="preserve">b) </w:t>
      </w:r>
      <w:r>
        <w:rPr>
          <w:b w:val="0"/>
          <w:i w:val="0"/>
          <w:sz w:val="24"/>
        </w:rPr>
        <w:t>Convertis en heures et minutes.</w:t>
      </w:r>
    </w:p>
    <w:p>
      <w:r>
        <w:rPr>
          <w:color w:val="999999"/>
          <w:sz w:val="20"/>
        </w:rPr>
        <w:t>.........................................................................................................</w:t>
      </w:r>
    </w:p>
    <w:p>
      <w:r>
        <w:rPr>
          <w:color w:val="999999"/>
          <w:sz w:val="20"/>
        </w:rPr>
        <w:t>.........................................................................................................</w:t>
      </w:r>
    </w:p>
    <w:p>
      <w:r>
        <w:rPr>
          <w:b/>
          <w:i w:val="0"/>
          <w:sz w:val="24"/>
        </w:rPr>
        <w:t xml:space="preserve">c) </w:t>
      </w:r>
      <w:r>
        <w:rPr>
          <w:b w:val="0"/>
          <w:i w:val="0"/>
          <w:sz w:val="24"/>
        </w:rPr>
        <w:t>Pourquoi la sonde devait-elle être programmée pour agir seule pendant le survol ?</w:t>
      </w:r>
    </w:p>
    <w:p>
      <w:r>
        <w:rPr>
          <w:color w:val="999999"/>
          <w:sz w:val="20"/>
        </w:rPr>
        <w:t>.........................................................................................................</w:t>
      </w:r>
    </w:p>
    <w:p>
      <w:r>
        <w:rPr>
          <w:color w:val="999999"/>
          <w:sz w:val="20"/>
        </w:rPr>
        <w:t>.........................................................................................................</w:t>
      </w:r>
    </w:p>
    <w:p>
      <w:pPr>
        <w:pStyle w:val="Heading2"/>
      </w:pPr>
      <w:r>
        <w:rPr>
          <w:b/>
          <w:i w:val="0"/>
          <w:color w:val="1E3A5F"/>
          <w:sz w:val="28"/>
        </w:rPr>
        <w:t>Exercice 7 · Le sténopé ★★★★☆</w:t>
      </w:r>
    </w:p>
    <w:p>
      <w:pPr>
        <w:spacing w:after="80"/>
      </w:pPr>
      <w:r>
        <w:rPr>
          <w:b w:val="0"/>
          <w:i w:val="0"/>
          <w:sz w:val="24"/>
        </w:rPr>
        <w:t>Un sténopé est une boîte noire percée d'un petit trou ; l'image d'un objet lumineux se forme renversée sur du papier calque au fond de la boîte.</w:t>
      </w:r>
    </w:p>
    <w:p>
      <w:pPr>
        <w:spacing w:after="80"/>
      </w:pPr>
    </w:p>
    <w:p>
      <w:pPr>
        <w:spacing w:after="80"/>
      </w:pPr>
    </w:p>
    <w:p>
      <w:r>
        <w:drawing>
          <wp:inline xmlns:a="http://schemas.openxmlformats.org/drawingml/2006/main" xmlns:pic="http://schemas.openxmlformats.org/drawingml/2006/picture">
            <wp:extent cx="4320000" cy="2701964"/>
            <wp:docPr id="1" name="Picture 1"/>
            <wp:cNvGraphicFramePr>
              <a:graphicFrameLocks noChangeAspect="1"/>
            </wp:cNvGraphicFramePr>
            <a:graphic>
              <a:graphicData uri="http://schemas.openxmlformats.org/drawingml/2006/picture">
                <pic:pic>
                  <pic:nvPicPr>
                    <pic:cNvPr id="0" name="ex8_Exercice7.png"/>
                    <pic:cNvPicPr/>
                  </pic:nvPicPr>
                  <pic:blipFill>
                    <a:blip r:embed="rId9"/>
                    <a:stretch>
                      <a:fillRect/>
                    </a:stretch>
                  </pic:blipFill>
                  <pic:spPr>
                    <a:xfrm>
                      <a:off x="0" y="0"/>
                      <a:ext cx="4320000" cy="2701964"/>
                    </a:xfrm>
                    <a:prstGeom prst="rect"/>
                  </pic:spPr>
                </pic:pic>
              </a:graphicData>
            </a:graphic>
          </wp:inline>
        </w:drawing>
      </w:r>
    </w:p>
    <w:p>
      <w:r>
        <w:rPr>
          <w:b/>
          <w:i w:val="0"/>
          <w:sz w:val="24"/>
        </w:rPr>
        <w:t xml:space="preserve">a) </w:t>
      </w:r>
      <w:r>
        <w:rPr>
          <w:b w:val="0"/>
          <w:i w:val="0"/>
          <w:sz w:val="24"/>
        </w:rPr>
        <w:t>Pourquoi l'image est-elle renversée ?</w:t>
      </w:r>
    </w:p>
    <w:p>
      <w:r>
        <w:rPr>
          <w:color w:val="999999"/>
          <w:sz w:val="20"/>
        </w:rPr>
        <w:t>.........................................................................................................</w:t>
      </w:r>
    </w:p>
    <w:p>
      <w:r>
        <w:rPr>
          <w:color w:val="999999"/>
          <w:sz w:val="20"/>
        </w:rPr>
        <w:t>.........................................................................................................</w:t>
      </w:r>
    </w:p>
    <w:p>
      <w:r>
        <w:rPr>
          <w:b/>
          <w:i w:val="0"/>
          <w:sz w:val="24"/>
        </w:rPr>
        <w:t xml:space="preserve">b) </w:t>
      </w:r>
      <w:r>
        <w:rPr>
          <w:b w:val="0"/>
          <w:i w:val="0"/>
          <w:sz w:val="24"/>
        </w:rPr>
        <w:t>Un arbre de 12 m est à 30 m du sténopé, de profondeur L = 20 cm. Calcule la hauteur de l'image.</w:t>
      </w:r>
    </w:p>
    <w:p>
      <w:r>
        <w:rPr>
          <w:color w:val="999999"/>
          <w:sz w:val="20"/>
        </w:rPr>
        <w:t>.........................................................................................................</w:t>
      </w:r>
    </w:p>
    <w:p>
      <w:r>
        <w:rPr>
          <w:color w:val="999999"/>
          <w:sz w:val="20"/>
        </w:rPr>
        <w:t>.........................................................................................................</w:t>
      </w:r>
    </w:p>
    <w:p>
      <w:r>
        <w:rPr>
          <w:b/>
          <w:i w:val="0"/>
          <w:sz w:val="24"/>
        </w:rPr>
        <w:t xml:space="preserve">c) </w:t>
      </w:r>
      <w:r>
        <w:rPr>
          <w:b w:val="0"/>
          <w:i w:val="0"/>
          <w:sz w:val="24"/>
        </w:rPr>
        <w:t>Que se passe-t-il si on agrandit beaucoup le trou ?</w:t>
      </w:r>
    </w:p>
    <w:p>
      <w:r>
        <w:rPr>
          <w:color w:val="999999"/>
          <w:sz w:val="20"/>
        </w:rPr>
        <w:t>.........................................................................................................</w:t>
      </w:r>
    </w:p>
    <w:p>
      <w:r>
        <w:rPr>
          <w:color w:val="999999"/>
          <w:sz w:val="20"/>
        </w:rPr>
        <w:t>.........................................................................................................</w:t>
      </w:r>
    </w:p>
    <w:p>
      <w:pPr>
        <w:pStyle w:val="Heading2"/>
      </w:pPr>
      <w:r>
        <w:rPr>
          <w:b/>
          <w:i w:val="0"/>
          <w:color w:val="1E3A5F"/>
          <w:sz w:val="28"/>
        </w:rPr>
        <w:t>Exercice 8 · Mesurer le Soleil ★★★★☆</w:t>
      </w:r>
    </w:p>
    <w:p>
      <w:pPr>
        <w:spacing w:after="80"/>
      </w:pPr>
      <w:r>
        <w:rPr>
          <w:b w:val="0"/>
          <w:i w:val="0"/>
          <w:sz w:val="24"/>
        </w:rPr>
        <w:t>Avec un sténopé de profondeur L = 1,00 m, on obtient une image du Soleil de diamètre 9,3 mm. La distance Terre–Soleil vaut 1,50 × 10⁸ km.</w:t>
      </w:r>
    </w:p>
    <w:p>
      <w:pPr>
        <w:spacing w:after="80"/>
      </w:pPr>
    </w:p>
    <w:p>
      <w:pPr>
        <w:spacing w:after="80"/>
      </w:pPr>
      <w:r>
        <w:rPr>
          <w:b w:val="0"/>
          <w:i w:val="0"/>
          <w:sz w:val="24"/>
        </w:rPr>
        <w:t>Ne jamais regarder le Soleil directement, même à travers un instrument : risque de lésions irréversibles des yeux.</w:t>
      </w:r>
    </w:p>
    <w:p>
      <w:r>
        <w:rPr>
          <w:b/>
          <w:i w:val="0"/>
          <w:sz w:val="24"/>
        </w:rPr>
        <w:t xml:space="preserve">a) </w:t>
      </w:r>
      <w:r>
        <w:rPr>
          <w:b w:val="0"/>
          <w:i w:val="0"/>
          <w:sz w:val="24"/>
        </w:rPr>
        <w:t>Écris la relation de proportionnalité entre diamètre de l'image, diamètre du Soleil, L et la distance Terre–Soleil.</w:t>
      </w:r>
    </w:p>
    <w:p>
      <w:r>
        <w:rPr>
          <w:color w:val="999999"/>
          <w:sz w:val="20"/>
        </w:rPr>
        <w:t>.........................................................................................................</w:t>
      </w:r>
    </w:p>
    <w:p>
      <w:r>
        <w:rPr>
          <w:color w:val="999999"/>
          <w:sz w:val="20"/>
        </w:rPr>
        <w:t>.........................................................................................................</w:t>
      </w:r>
    </w:p>
    <w:p>
      <w:r>
        <w:rPr>
          <w:b/>
          <w:i w:val="0"/>
          <w:sz w:val="24"/>
        </w:rPr>
        <w:t xml:space="preserve">b) </w:t>
      </w:r>
      <w:r>
        <w:rPr>
          <w:b w:val="0"/>
          <w:i w:val="0"/>
          <w:sz w:val="24"/>
        </w:rPr>
        <w:t>Calcule le diamètre du Soleil.</w:t>
      </w:r>
    </w:p>
    <w:p>
      <w:r>
        <w:rPr>
          <w:color w:val="999999"/>
          <w:sz w:val="20"/>
        </w:rPr>
        <w:t>.........................................................................................................</w:t>
      </w:r>
    </w:p>
    <w:p>
      <w:r>
        <w:rPr>
          <w:color w:val="999999"/>
          <w:sz w:val="20"/>
        </w:rPr>
        <w:t>.........................................................................................................</w:t>
      </w:r>
    </w:p>
    <w:p>
      <w:r>
        <w:rPr>
          <w:b/>
          <w:i w:val="0"/>
          <w:sz w:val="24"/>
        </w:rPr>
        <w:t xml:space="preserve">c) </w:t>
      </w:r>
      <w:r>
        <w:rPr>
          <w:b w:val="0"/>
          <w:i w:val="0"/>
          <w:sz w:val="24"/>
        </w:rPr>
        <w:t>Compare-le au diamètre de la Terre (12 742 km).</w:t>
      </w:r>
    </w:p>
    <w:p>
      <w:r>
        <w:rPr>
          <w:color w:val="999999"/>
          <w:sz w:val="20"/>
        </w:rPr>
        <w:t>.........................................................................................................</w:t>
      </w:r>
    </w:p>
    <w:p>
      <w:r>
        <w:rPr>
          <w:color w:val="999999"/>
          <w:sz w:val="20"/>
        </w:rPr>
        <w:t>.........................................................................................................</w:t>
      </w:r>
    </w:p>
    <w:p>
      <w:pPr>
        <w:pStyle w:val="Heading2"/>
      </w:pPr>
      <w:r>
        <w:rPr>
          <w:b/>
          <w:i w:val="0"/>
          <w:color w:val="1E3A5F"/>
          <w:sz w:val="28"/>
        </w:rPr>
        <w:t>Exercice 9 · Piloter un robot sur Mars ★★★★★ (type brevet)</w:t>
      </w:r>
    </w:p>
    <w:p>
      <w:pPr>
        <w:spacing w:after="80"/>
      </w:pPr>
    </w:p>
    <w:p>
      <w:pPr>
        <w:spacing w:after="80"/>
      </w:pPr>
      <w:r>
        <w:rPr>
          <w:b/>
          <w:i w:val="0"/>
          <w:sz w:val="24"/>
        </w:rPr>
        <w:t>Document 1 — Perseverance</w:t>
      </w:r>
    </w:p>
    <w:p>
      <w:pPr>
        <w:spacing w:after="80"/>
      </w:pPr>
      <w:r>
        <w:rPr>
          <w:b w:val="0"/>
          <w:i w:val="0"/>
          <w:sz w:val="24"/>
        </w:rPr>
        <w:t>Le robot Perseverance explore la surface de Mars depuis 2021. Les ingénieurs lui envoient des ordres par ondes radio, qui se propagent à la vitesse de la lumière : c = 3,0 × 10⁸ m/s.</w:t>
      </w:r>
    </w:p>
    <w:p>
      <w:pPr>
        <w:spacing w:after="80"/>
      </w:pPr>
    </w:p>
    <w:p>
      <w:pPr>
        <w:spacing w:after="80"/>
      </w:pPr>
      <w:r>
        <w:rPr>
          <w:b/>
          <w:i w:val="0"/>
          <w:sz w:val="24"/>
        </w:rPr>
        <w:t>Document 2 — Distance Terre–Mars</w:t>
      </w:r>
    </w:p>
    <w:p>
      <w:pPr>
        <w:spacing w:after="80"/>
      </w:pPr>
      <w:r>
        <w:rPr>
          <w:b w:val="0"/>
          <w:i w:val="0"/>
          <w:sz w:val="24"/>
        </w:rPr>
        <w:t>Elle varie selon les positions des planètes, d'environ 55 millions de km (au plus près) à environ 400 millions de km (au plus loin).</w:t>
      </w:r>
    </w:p>
    <w:p>
      <w:pPr>
        <w:spacing w:after="80"/>
      </w:pPr>
    </w:p>
    <w:p>
      <w:pPr>
        <w:spacing w:after="80"/>
      </w:pPr>
      <w:r>
        <w:rPr>
          <w:b/>
          <w:i w:val="0"/>
          <w:sz w:val="24"/>
        </w:rPr>
        <w:t>Document 3 — Conduite</w:t>
      </w:r>
    </w:p>
    <w:p>
      <w:pPr>
        <w:spacing w:after="80"/>
      </w:pPr>
      <w:r>
        <w:rPr>
          <w:b w:val="0"/>
          <w:i w:val="0"/>
          <w:sz w:val="24"/>
        </w:rPr>
        <w:t>Le robot roule à environ 4 cm/s au maximum. Un obstacle peut surgir derrière une dune.</w:t>
      </w:r>
    </w:p>
    <w:p>
      <w:r>
        <w:rPr>
          <w:b/>
          <w:i w:val="0"/>
          <w:sz w:val="24"/>
        </w:rPr>
        <w:t xml:space="preserve">a) </w:t>
      </w:r>
      <w:r>
        <w:rPr>
          <w:b w:val="0"/>
          <w:i w:val="0"/>
          <w:sz w:val="24"/>
        </w:rPr>
        <w:t>Convertis les deux distances en mètres (écriture scientifique).</w:t>
      </w:r>
    </w:p>
    <w:p>
      <w:r>
        <w:rPr>
          <w:color w:val="999999"/>
          <w:sz w:val="20"/>
        </w:rPr>
        <w:t>.........................................................................................................</w:t>
      </w:r>
    </w:p>
    <w:p>
      <w:r>
        <w:rPr>
          <w:color w:val="999999"/>
          <w:sz w:val="20"/>
        </w:rPr>
        <w:t>.........................................................................................................</w:t>
      </w:r>
    </w:p>
    <w:p>
      <w:r>
        <w:rPr>
          <w:b/>
          <w:i w:val="0"/>
          <w:sz w:val="24"/>
        </w:rPr>
        <w:t xml:space="preserve">b) </w:t>
      </w:r>
      <w:r>
        <w:rPr>
          <w:b w:val="0"/>
          <w:i w:val="0"/>
          <w:sz w:val="24"/>
        </w:rPr>
        <w:t>Calcule la durée minimale et la durée maximale du trajet d'un ordre radio vers Mars.</w:t>
      </w:r>
    </w:p>
    <w:p>
      <w:r>
        <w:rPr>
          <w:color w:val="999999"/>
          <w:sz w:val="20"/>
        </w:rPr>
        <w:t>.........................................................................................................</w:t>
      </w:r>
    </w:p>
    <w:p>
      <w:r>
        <w:rPr>
          <w:color w:val="999999"/>
          <w:sz w:val="20"/>
        </w:rPr>
        <w:t>.........................................................................................................</w:t>
      </w:r>
    </w:p>
    <w:p>
      <w:r>
        <w:rPr>
          <w:b/>
          <w:i w:val="0"/>
          <w:sz w:val="24"/>
        </w:rPr>
        <w:t xml:space="preserve">c) </w:t>
      </w:r>
      <w:r>
        <w:rPr>
          <w:b w:val="0"/>
          <w:i w:val="0"/>
          <w:sz w:val="24"/>
        </w:rPr>
        <w:t>Un ingénieur voit sur son écran une image d'obstacle envoyée par le robot. Combien de temps faut-il au minimum entre la prise de l'image et l'arrivée de l'ordre « stop » sur Mars (aller-retour) ?</w:t>
      </w:r>
    </w:p>
    <w:p>
      <w:r>
        <w:rPr>
          <w:color w:val="999999"/>
          <w:sz w:val="20"/>
        </w:rPr>
        <w:t>.........................................................................................................</w:t>
      </w:r>
    </w:p>
    <w:p>
      <w:r>
        <w:rPr>
          <w:color w:val="999999"/>
          <w:sz w:val="20"/>
        </w:rPr>
        <w:t>.........................................................................................................</w:t>
      </w:r>
    </w:p>
    <w:p>
      <w:r>
        <w:rPr>
          <w:b/>
          <w:i w:val="0"/>
          <w:sz w:val="24"/>
        </w:rPr>
        <w:t xml:space="preserve">d) </w:t>
      </w:r>
      <w:r>
        <w:rPr>
          <w:b w:val="0"/>
          <w:i w:val="0"/>
          <w:sz w:val="24"/>
        </w:rPr>
        <w:t>Explique pourquoi le robot ne peut pas être piloté « en direct » comme une voiture télécommandée, et comment les ingénieurs ont résolu ce problème.</w:t>
      </w:r>
    </w:p>
    <w:p>
      <w:r>
        <w:rPr>
          <w:color w:val="999999"/>
          <w:sz w:val="20"/>
        </w:rPr>
        <w:t>.........................................................................................................</w:t>
      </w:r>
    </w:p>
    <w:p>
      <w:r>
        <w:rPr>
          <w:color w:val="999999"/>
          <w:sz w:val="20"/>
        </w:rPr>
        <w:t>.........................................................................................................</w:t>
      </w:r>
    </w:p>
    <w:p>
      <w:pPr>
        <w:pStyle w:val="Heading2"/>
      </w:pPr>
      <w:r>
        <w:rPr>
          <w:b/>
          <w:i w:val="0"/>
          <w:color w:val="1E3A5F"/>
          <w:sz w:val="28"/>
        </w:rPr>
        <w:t>Exercice 10 · Une histoire de lumière ★★★★★</w:t>
      </w:r>
    </w:p>
    <w:p>
      <w:pPr>
        <w:spacing w:after="80"/>
      </w:pPr>
      <w:r>
        <w:rPr>
          <w:b w:val="0"/>
          <w:i w:val="0"/>
          <w:sz w:val="24"/>
        </w:rPr>
        <w:t>En 1676, l'astronome Ole Rømer remarque que les éclipses d'un satellite de Jupiter (Io) arrivent avec environ 22 minutes d'avance ou de retard selon que la Terre est proche ou éloignée de Jupiter. La différence de distance Terre–Jupiter entre ces deux situations vaut environ 2 fois la distance Terre–Soleil, soit 3,0 × 10⁸ km.</w:t>
      </w:r>
    </w:p>
    <w:p>
      <w:r>
        <w:rPr>
          <w:b/>
          <w:i w:val="0"/>
          <w:sz w:val="24"/>
        </w:rPr>
        <w:t xml:space="preserve">a) </w:t>
      </w:r>
      <w:r>
        <w:rPr>
          <w:b w:val="0"/>
          <w:i w:val="0"/>
          <w:sz w:val="24"/>
        </w:rPr>
        <w:t>Pourquoi un retard apparaît-il quand la Terre est plus loin de Jupiter ?</w:t>
      </w:r>
    </w:p>
    <w:p>
      <w:r>
        <w:rPr>
          <w:color w:val="999999"/>
          <w:sz w:val="20"/>
        </w:rPr>
        <w:t>.........................................................................................................</w:t>
      </w:r>
    </w:p>
    <w:p>
      <w:r>
        <w:rPr>
          <w:color w:val="999999"/>
          <w:sz w:val="20"/>
        </w:rPr>
        <w:t>.........................................................................................................</w:t>
      </w:r>
    </w:p>
    <w:p>
      <w:r>
        <w:rPr>
          <w:b/>
          <w:i w:val="0"/>
          <w:sz w:val="24"/>
        </w:rPr>
        <w:t xml:space="preserve">b) </w:t>
      </w:r>
      <w:r>
        <w:rPr>
          <w:b w:val="0"/>
          <w:i w:val="0"/>
          <w:sz w:val="24"/>
        </w:rPr>
        <w:t>Calcule la vitesse de la lumière que Rømer aurait pu en déduire (en km/s), avec 22 min.</w:t>
      </w:r>
    </w:p>
    <w:p>
      <w:r>
        <w:rPr>
          <w:color w:val="999999"/>
          <w:sz w:val="20"/>
        </w:rPr>
        <w:t>.........................................................................................................</w:t>
      </w:r>
    </w:p>
    <w:p>
      <w:r>
        <w:rPr>
          <w:color w:val="999999"/>
          <w:sz w:val="20"/>
        </w:rPr>
        <w:t>.........................................................................................................</w:t>
      </w:r>
    </w:p>
    <w:p>
      <w:r>
        <w:rPr>
          <w:b/>
          <w:i w:val="0"/>
          <w:sz w:val="24"/>
        </w:rPr>
        <w:t xml:space="preserve">c) </w:t>
      </w:r>
      <w:r>
        <w:rPr>
          <w:b w:val="0"/>
          <w:i w:val="0"/>
          <w:sz w:val="24"/>
        </w:rPr>
        <w:t>Compare à la valeur actuelle (300 000 km/s). Calcule l'écart relatif en %.</w:t>
      </w:r>
    </w:p>
    <w:p>
      <w:r>
        <w:rPr>
          <w:color w:val="999999"/>
          <w:sz w:val="20"/>
        </w:rPr>
        <w:t>.........................................................................................................</w:t>
      </w:r>
    </w:p>
    <w:p>
      <w:r>
        <w:rPr>
          <w:color w:val="999999"/>
          <w:sz w:val="20"/>
        </w:rPr>
        <w:t>.........................................................................................................</w:t>
      </w:r>
    </w:p>
    <w:p>
      <w:r>
        <w:rPr>
          <w:b/>
          <w:i w:val="0"/>
          <w:sz w:val="24"/>
        </w:rPr>
        <w:t xml:space="preserve">d) </w:t>
      </w:r>
      <w:r>
        <w:rPr>
          <w:b w:val="0"/>
          <w:i w:val="0"/>
          <w:sz w:val="24"/>
        </w:rPr>
        <w:t>Les mesures actuelles donnent environ 16,7 min. Recalcule c.</w:t>
      </w:r>
    </w:p>
    <w:p>
      <w:r>
        <w:rPr>
          <w:color w:val="999999"/>
          <w:sz w:val="20"/>
        </w:rPr>
        <w:t>.........................................................................................................</w:t>
      </w:r>
    </w:p>
    <w:p>
      <w:r>
        <w:rPr>
          <w:color w:val="999999"/>
          <w:sz w:val="20"/>
        </w:rPr>
        <w:t>.........................................................................................................</w:t>
      </w:r>
    </w:p>
    <w:p>
      <w:r>
        <w:br w:type="page"/>
      </w:r>
    </w:p>
    <w:p>
      <w:r>
        <w:rPr>
          <w:b w:val="0"/>
          <w:i w:val="0"/>
          <w:color w:val="3D4A5C"/>
          <w:sz w:val="20"/>
        </w:rPr>
        <w:t>Physique-chimie 3e · Chapitre 8 — Lumière et Univers</w:t>
      </w:r>
    </w:p>
    <w:p>
      <w:pPr>
        <w:pStyle w:val="Title"/>
      </w:pPr>
      <w:r>
        <w:rPr>
          <w:b/>
          <w:i w:val="0"/>
          <w:color w:val="1E3A5F"/>
          <w:sz w:val="40"/>
        </w:rPr>
        <w:t>TP expérimental — Propagation rectiligne : ombres et sténopé</w:t>
      </w:r>
    </w:p>
    <w:p>
      <w:r>
        <w:rPr>
          <w:b w:val="0"/>
          <w:i w:val="0"/>
          <w:sz w:val="22"/>
        </w:rPr>
        <w:t>Nom : ……………………………… Prénom : ……………………… Classe : 3e…… Date : ……………</w:t>
      </w:r>
    </w:p>
    <w:p>
      <w:r>
        <w:rPr>
          <w:b/>
          <w:i w:val="0"/>
          <w:sz w:val="24"/>
        </w:rPr>
        <w:t xml:space="preserve">Problème : </w:t>
      </w:r>
      <w:r>
        <w:rPr>
          <w:b w:val="0"/>
          <w:i w:val="0"/>
          <w:sz w:val="24"/>
        </w:rPr>
        <w:t>Comment la propagation rectiligne de la lumière permet-elle d'expliquer les ombres et de mesurer la taille d'un objet lointain ?</w:t>
      </w:r>
    </w:p>
    <w:p>
      <w:r>
        <w:rPr>
          <w:b w:val="0"/>
          <w:i w:val="0"/>
          <w:sz w:val="22"/>
        </w:rPr>
        <w:t>Durée : 55 min · Travail en binôme</w:t>
      </w:r>
    </w:p>
    <w:p>
      <w:pPr>
        <w:pStyle w:val="Heading2"/>
      </w:pPr>
      <w:r>
        <w:rPr>
          <w:b/>
          <w:i w:val="0"/>
          <w:color w:val="1E3A5F"/>
          <w:sz w:val="28"/>
        </w:rPr>
        <w:t>Matériel</w:t>
      </w:r>
    </w:p>
    <w:p>
      <w:pPr>
        <w:spacing w:after="80"/>
        <w:ind w:left="340"/>
      </w:pPr>
      <w:r>
        <w:t xml:space="preserve">• </w:t>
      </w:r>
      <w:r>
        <w:rPr>
          <w:b w:val="0"/>
          <w:i w:val="0"/>
          <w:sz w:val="24"/>
        </w:rPr>
        <w:t>1 lampe à filament court ou LED de petite taille (« source ponctuelle ») sur support</w:t>
      </w:r>
    </w:p>
    <w:p>
      <w:pPr>
        <w:spacing w:after="80"/>
        <w:ind w:left="340"/>
      </w:pPr>
      <w:r>
        <w:t xml:space="preserve">• </w:t>
      </w:r>
      <w:r>
        <w:rPr>
          <w:b w:val="0"/>
          <w:i w:val="0"/>
          <w:sz w:val="24"/>
        </w:rPr>
        <w:t>1 objet opaque (carton découpé de 4 cm de haut) sur support</w:t>
      </w:r>
    </w:p>
    <w:p>
      <w:pPr>
        <w:spacing w:after="80"/>
        <w:ind w:left="340"/>
      </w:pPr>
      <w:r>
        <w:t xml:space="preserve">• </w:t>
      </w:r>
      <w:r>
        <w:rPr>
          <w:b w:val="0"/>
          <w:i w:val="0"/>
          <w:sz w:val="24"/>
        </w:rPr>
        <w:t>1 écran blanc et 1 banc d'optique gradué (ou règle de 1 m)</w:t>
      </w:r>
    </w:p>
    <w:p>
      <w:pPr>
        <w:spacing w:after="80"/>
        <w:ind w:left="340"/>
      </w:pPr>
      <w:r>
        <w:t xml:space="preserve">• </w:t>
      </w:r>
      <w:r>
        <w:rPr>
          <w:b w:val="0"/>
          <w:i w:val="0"/>
          <w:sz w:val="24"/>
        </w:rPr>
        <w:t>3 cartons percés d'un trou + supports, 1 pointeur laser de classe 2 (manipulé par le professeur)</w:t>
      </w:r>
    </w:p>
    <w:p>
      <w:pPr>
        <w:spacing w:after="80"/>
        <w:ind w:left="340"/>
      </w:pPr>
      <w:r>
        <w:t xml:space="preserve">• </w:t>
      </w:r>
      <w:r>
        <w:rPr>
          <w:b w:val="0"/>
          <w:i w:val="0"/>
          <w:sz w:val="24"/>
        </w:rPr>
        <w:t>1 sténopé (boîte à chaussures percée d'un trou, fond en papier calque) + règle</w:t>
      </w:r>
    </w:p>
    <w:p>
      <w:pPr>
        <w:spacing w:after="80"/>
        <w:ind w:left="340"/>
      </w:pPr>
      <w:r>
        <w:t xml:space="preserve">• </w:t>
      </w:r>
      <w:r>
        <w:rPr>
          <w:b w:val="0"/>
          <w:i w:val="0"/>
          <w:sz w:val="24"/>
        </w:rPr>
        <w:t>1 lampe-flèche lumineuse (objet lumineux de taille connue)</w:t>
      </w:r>
    </w:p>
    <w:p>
      <w:pPr>
        <w:pStyle w:val="Heading2"/>
      </w:pPr>
      <w:r>
        <w:rPr>
          <w:b/>
          <w:i w:val="0"/>
          <w:color w:val="1E3A5F"/>
          <w:sz w:val="28"/>
        </w:rPr>
        <w:t>Sécurité</w:t>
      </w:r>
    </w:p>
    <w:p>
      <w:pPr>
        <w:spacing w:after="80"/>
        <w:ind w:left="340"/>
      </w:pPr>
      <w:r>
        <w:t xml:space="preserve">• </w:t>
      </w:r>
      <w:r>
        <w:rPr>
          <w:b/>
          <w:i w:val="0"/>
          <w:sz w:val="24"/>
        </w:rPr>
        <w:t>Laser</w:t>
      </w:r>
      <w:r>
        <w:rPr>
          <w:b w:val="0"/>
          <w:i w:val="0"/>
          <w:sz w:val="24"/>
        </w:rPr>
        <w:t xml:space="preserve"> : ne jamais diriger le faisceau vers les yeux ; seul le professeur le manipule, à hauteur de table.</w:t>
      </w:r>
    </w:p>
    <w:p>
      <w:pPr>
        <w:spacing w:after="80"/>
        <w:ind w:left="340"/>
      </w:pPr>
      <w:r>
        <w:t xml:space="preserve">• </w:t>
      </w:r>
      <w:r>
        <w:rPr>
          <w:b w:val="0"/>
          <w:i w:val="0"/>
          <w:sz w:val="24"/>
        </w:rPr>
        <w:t>Ne jamais regarder le Soleil, ni directement ni à travers le sténopé.</w:t>
      </w:r>
    </w:p>
    <w:p>
      <w:pPr>
        <w:spacing w:after="80"/>
        <w:ind w:left="340"/>
      </w:pPr>
      <w:r>
        <w:t xml:space="preserve">• </w:t>
      </w:r>
      <w:r>
        <w:rPr>
          <w:b w:val="0"/>
          <w:i w:val="0"/>
          <w:sz w:val="24"/>
        </w:rPr>
        <w:t>Lampes : ne pas toucher l'ampoule chaude.</w:t>
      </w:r>
    </w:p>
    <w:p>
      <w:pPr>
        <w:pStyle w:val="Heading2"/>
      </w:pPr>
      <w:r>
        <w:rPr>
          <w:b/>
          <w:i w:val="0"/>
          <w:color w:val="1E3A5F"/>
          <w:sz w:val="28"/>
        </w:rPr>
        <w:t>Protocole</w:t>
      </w:r>
    </w:p>
    <w:p>
      <w:pPr>
        <w:spacing w:after="80"/>
        <w:ind w:left="340"/>
      </w:pPr>
      <w:r>
        <w:t xml:space="preserve">1. </w:t>
      </w:r>
      <w:r>
        <w:rPr>
          <w:b/>
          <w:i w:val="0"/>
          <w:sz w:val="24"/>
        </w:rPr>
        <w:t>Partie A — Alignement.</w:t>
      </w:r>
      <w:r>
        <w:rPr>
          <w:b w:val="0"/>
          <w:i w:val="0"/>
          <w:sz w:val="24"/>
        </w:rPr>
        <w:t xml:space="preserve"> Aligne les trois cartons percés pour voir la lampe à travers. Déplace celui du milieu. Observe. Le professeur matérialise le faisceau laser avec un peu de poussière de craie.</w:t>
      </w:r>
    </w:p>
    <w:p>
      <w:pPr>
        <w:spacing w:after="80"/>
        <w:ind w:left="340"/>
      </w:pPr>
      <w:r>
        <w:t xml:space="preserve">2. </w:t>
      </w:r>
      <w:r>
        <w:rPr>
          <w:b/>
          <w:i w:val="0"/>
          <w:sz w:val="24"/>
        </w:rPr>
        <w:t>Partie B — Ombres.</w:t>
      </w:r>
      <w:r>
        <w:rPr>
          <w:b w:val="0"/>
          <w:i w:val="0"/>
          <w:sz w:val="24"/>
        </w:rPr>
        <w:t xml:space="preserve"> Place l'écran à 100 cm de la lampe. Mesure la hauteur de l'ombre de l'objet pour d = 20, 40, 60 et 80 cm (distance lampe–objet).</w:t>
      </w:r>
    </w:p>
    <w:p>
      <w:pPr>
        <w:spacing w:after="80"/>
        <w:ind w:left="340"/>
      </w:pPr>
      <w:r>
        <w:t xml:space="preserve">3. </w:t>
      </w:r>
      <w:r>
        <w:rPr>
          <w:b/>
          <w:i w:val="0"/>
          <w:sz w:val="24"/>
        </w:rPr>
        <w:t>Partie C — Sténopé.</w:t>
      </w:r>
      <w:r>
        <w:rPr>
          <w:b w:val="0"/>
          <w:i w:val="0"/>
          <w:sz w:val="24"/>
        </w:rPr>
        <w:t xml:space="preserve"> Vise la lampe-flèche (hauteur connue) placée à une distance D mesurée ; mesure la hauteur de l'image sur le calque et la profondeur L de la boîte.</w:t>
      </w:r>
    </w:p>
    <w:p>
      <w:pPr>
        <w:spacing w:after="80"/>
        <w:ind w:left="340"/>
      </w:pPr>
      <w:r>
        <w:t xml:space="preserve">4. </w:t>
      </w:r>
      <w:r>
        <w:rPr>
          <w:b w:val="0"/>
          <w:i w:val="0"/>
          <w:sz w:val="24"/>
        </w:rPr>
        <w:t>Calcule la hauteur de la flèche à partir de tes mesures et compare avec sa hauteur réelle.</w:t>
      </w:r>
    </w:p>
    <w:p>
      <w:r>
        <w:drawing>
          <wp:inline xmlns:a="http://schemas.openxmlformats.org/drawingml/2006/main" xmlns:pic="http://schemas.openxmlformats.org/drawingml/2006/picture">
            <wp:extent cx="4680000" cy="2927127"/>
            <wp:docPr id="2" name="Picture 2"/>
            <wp:cNvGraphicFramePr>
              <a:graphicFrameLocks noChangeAspect="1"/>
            </wp:cNvGraphicFramePr>
            <a:graphic>
              <a:graphicData uri="http://schemas.openxmlformats.org/drawingml/2006/picture">
                <pic:pic>
                  <pic:nvPicPr>
                    <pic:cNvPr id="0" name="ex8_Exercice7.png"/>
                    <pic:cNvPicPr/>
                  </pic:nvPicPr>
                  <pic:blipFill>
                    <a:blip r:embed="rId9"/>
                    <a:stretch>
                      <a:fillRect/>
                    </a:stretch>
                  </pic:blipFill>
                  <pic:spPr>
                    <a:xfrm>
                      <a:off x="0" y="0"/>
                      <a:ext cx="4680000" cy="2927127"/>
                    </a:xfrm>
                    <a:prstGeom prst="rect"/>
                  </pic:spPr>
                </pic:pic>
              </a:graphicData>
            </a:graphic>
          </wp:inline>
        </w:drawing>
      </w:r>
    </w:p>
    <w:p>
      <w:pPr>
        <w:pStyle w:val="Heading2"/>
      </w:pPr>
      <w:r>
        <w:rPr>
          <w:b/>
          <w:i w:val="0"/>
          <w:color w:val="1E3A5F"/>
          <w:sz w:val="28"/>
        </w:rPr>
        <w:t>Résultats et exploitation</w:t>
      </w:r>
    </w:p>
    <w:p>
      <w:pPr>
        <w:spacing w:after="80"/>
      </w:pP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shd w:val="clear" w:color="auto" w:fill="E9EFF7"/>
          </w:tcPr>
          <w:p>
            <w:r>
              <w:rPr>
                <w:b/>
                <w:i w:val="0"/>
                <w:sz w:val="22"/>
              </w:rPr>
              <w:t>d (cm)</w:t>
            </w:r>
          </w:p>
        </w:tc>
        <w:tc>
          <w:tcPr>
            <w:tcW w:type="dxa" w:w="2040"/>
            <w:shd w:val="clear" w:color="auto" w:fill="E9EFF7"/>
          </w:tcPr>
          <w:p>
            <w:r>
              <w:rPr>
                <w:b/>
                <w:i w:val="0"/>
                <w:sz w:val="22"/>
              </w:rPr>
              <w:t>20</w:t>
            </w:r>
          </w:p>
        </w:tc>
        <w:tc>
          <w:tcPr>
            <w:tcW w:type="dxa" w:w="2040"/>
            <w:shd w:val="clear" w:color="auto" w:fill="E9EFF7"/>
          </w:tcPr>
          <w:p>
            <w:r>
              <w:rPr>
                <w:b/>
                <w:i w:val="0"/>
                <w:sz w:val="22"/>
              </w:rPr>
              <w:t>40</w:t>
            </w:r>
          </w:p>
        </w:tc>
        <w:tc>
          <w:tcPr>
            <w:tcW w:type="dxa" w:w="2040"/>
            <w:shd w:val="clear" w:color="auto" w:fill="E9EFF7"/>
          </w:tcPr>
          <w:p>
            <w:r>
              <w:rPr>
                <w:b/>
                <w:i w:val="0"/>
                <w:sz w:val="22"/>
              </w:rPr>
              <w:t>60</w:t>
            </w:r>
          </w:p>
        </w:tc>
        <w:tc>
          <w:tcPr>
            <w:tcW w:type="dxa" w:w="2040"/>
            <w:shd w:val="clear" w:color="auto" w:fill="E9EFF7"/>
          </w:tcPr>
          <w:p>
            <w:r>
              <w:rPr>
                <w:b/>
                <w:i w:val="0"/>
                <w:sz w:val="22"/>
              </w:rPr>
              <w:t>80</w:t>
            </w:r>
          </w:p>
        </w:tc>
      </w:tr>
      <w:tr>
        <w:tc>
          <w:tcPr>
            <w:tcW w:type="dxa" w:w="2040"/>
          </w:tcPr>
          <w:p>
            <w:r>
              <w:rPr>
                <w:b w:val="0"/>
                <w:i w:val="0"/>
                <w:sz w:val="22"/>
              </w:rPr>
              <w:t>hauteur de l'ombre (cm)</w:t>
            </w:r>
          </w:p>
        </w:tc>
        <w:tc>
          <w:tcPr>
            <w:tcW w:type="dxa" w:w="2040"/>
          </w:tcPr>
          <w:p/>
        </w:tc>
        <w:tc>
          <w:tcPr>
            <w:tcW w:type="dxa" w:w="2040"/>
          </w:tcPr>
          <w:p/>
        </w:tc>
        <w:tc>
          <w:tcPr>
            <w:tcW w:type="dxa" w:w="2040"/>
          </w:tcPr>
          <w:p/>
        </w:tc>
        <w:tc>
          <w:tcPr>
            <w:tcW w:type="dxa" w:w="2040"/>
          </w:tcPr>
          <w:p/>
        </w:tc>
      </w:tr>
      <w:tr>
        <w:tc>
          <w:tcPr>
            <w:tcW w:type="dxa" w:w="2040"/>
          </w:tcPr>
          <w:p>
            <w:r>
              <w:rPr>
                <w:b w:val="0"/>
                <w:i w:val="0"/>
                <w:sz w:val="22"/>
              </w:rPr>
              <w:t>d × h (cm²)</w:t>
            </w:r>
          </w:p>
        </w:tc>
        <w:tc>
          <w:tcPr>
            <w:tcW w:type="dxa" w:w="2040"/>
          </w:tcPr>
          <w:p/>
        </w:tc>
        <w:tc>
          <w:tcPr>
            <w:tcW w:type="dxa" w:w="2040"/>
          </w:tcPr>
          <w:p/>
        </w:tc>
        <w:tc>
          <w:tcPr>
            <w:tcW w:type="dxa" w:w="2040"/>
          </w:tcPr>
          <w:p/>
        </w:tc>
        <w:tc>
          <w:tcPr>
            <w:tcW w:type="dxa" w:w="2040"/>
          </w:tcPr>
          <w:p/>
        </w:tc>
      </w:tr>
    </w:tbl>
    <w:p/>
    <w:p>
      <w:pPr>
        <w:spacing w:after="80"/>
      </w:pP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shd w:val="clear" w:color="auto" w:fill="E9EFF7"/>
          </w:tcPr>
          <w:p>
            <w:r>
              <w:rPr>
                <w:b/>
                <w:i w:val="0"/>
                <w:sz w:val="22"/>
              </w:rPr>
              <w:t>D (cm)</w:t>
            </w:r>
          </w:p>
        </w:tc>
        <w:tc>
          <w:tcPr>
            <w:tcW w:type="dxa" w:w="2040"/>
            <w:shd w:val="clear" w:color="auto" w:fill="E9EFF7"/>
          </w:tcPr>
          <w:p>
            <w:r>
              <w:rPr>
                <w:b/>
                <w:i w:val="0"/>
                <w:sz w:val="22"/>
              </w:rPr>
              <w:t>L (cm)</w:t>
            </w:r>
          </w:p>
        </w:tc>
        <w:tc>
          <w:tcPr>
            <w:tcW w:type="dxa" w:w="2040"/>
            <w:shd w:val="clear" w:color="auto" w:fill="E9EFF7"/>
          </w:tcPr>
          <w:p>
            <w:r>
              <w:rPr>
                <w:b/>
                <w:i w:val="0"/>
                <w:sz w:val="22"/>
              </w:rPr>
              <w:t>hauteur de l'image (cm)</w:t>
            </w:r>
          </w:p>
        </w:tc>
        <w:tc>
          <w:tcPr>
            <w:tcW w:type="dxa" w:w="2040"/>
            <w:shd w:val="clear" w:color="auto" w:fill="E9EFF7"/>
          </w:tcPr>
          <w:p>
            <w:r>
              <w:rPr>
                <w:b/>
                <w:i w:val="0"/>
                <w:sz w:val="22"/>
              </w:rPr>
              <w:t>hauteur calculée de la flèche (cm)</w:t>
            </w:r>
          </w:p>
        </w:tc>
        <w:tc>
          <w:tcPr>
            <w:tcW w:type="dxa" w:w="2040"/>
            <w:shd w:val="clear" w:color="auto" w:fill="E9EFF7"/>
          </w:tcPr>
          <w:p>
            <w:r>
              <w:rPr>
                <w:b/>
                <w:i w:val="0"/>
                <w:sz w:val="22"/>
              </w:rPr>
              <w:t>hauteur réelle (cm)</w:t>
            </w:r>
          </w:p>
        </w:tc>
      </w:tr>
      <w:tr>
        <w:tc>
          <w:tcPr>
            <w:tcW w:type="dxa" w:w="2040"/>
          </w:tcPr>
          <w:p/>
        </w:tc>
        <w:tc>
          <w:tcPr>
            <w:tcW w:type="dxa" w:w="2040"/>
          </w:tcPr>
          <w:p/>
        </w:tc>
        <w:tc>
          <w:tcPr>
            <w:tcW w:type="dxa" w:w="2040"/>
          </w:tcPr>
          <w:p/>
        </w:tc>
        <w:tc>
          <w:tcPr>
            <w:tcW w:type="dxa" w:w="2040"/>
          </w:tcPr>
          <w:p/>
        </w:tc>
        <w:tc>
          <w:tcPr>
            <w:tcW w:type="dxa" w:w="2040"/>
          </w:tcPr>
          <w:p/>
        </w:tc>
      </w:tr>
    </w:tbl>
    <w:p/>
    <w:p>
      <w:r>
        <w:rPr>
          <w:b/>
          <w:i w:val="0"/>
          <w:sz w:val="24"/>
        </w:rPr>
        <w:t xml:space="preserve">1. </w:t>
      </w:r>
      <w:r>
        <w:rPr>
          <w:b w:val="0"/>
          <w:i w:val="0"/>
          <w:sz w:val="24"/>
        </w:rPr>
        <w:t>Partie A : quelle propriété de la lumière l'expérience des trois cartons met-elle en évidence ?</w:t>
      </w:r>
    </w:p>
    <w:p>
      <w:r>
        <w:rPr>
          <w:color w:val="999999"/>
          <w:sz w:val="20"/>
        </w:rPr>
        <w:t>.........................................................................................................</w:t>
      </w:r>
    </w:p>
    <w:p>
      <w:r>
        <w:rPr>
          <w:color w:val="999999"/>
          <w:sz w:val="20"/>
        </w:rPr>
        <w:t>.........................................................................................................</w:t>
      </w:r>
    </w:p>
    <w:p>
      <w:r>
        <w:rPr>
          <w:color w:val="999999"/>
          <w:sz w:val="20"/>
        </w:rPr>
        <w:t>.........................................................................................................</w:t>
      </w:r>
    </w:p>
    <w:p>
      <w:r>
        <w:rPr>
          <w:b/>
          <w:i w:val="0"/>
          <w:sz w:val="24"/>
        </w:rPr>
        <w:t xml:space="preserve">2. </w:t>
      </w:r>
      <w:r>
        <w:rPr>
          <w:b w:val="0"/>
          <w:i w:val="0"/>
          <w:sz w:val="24"/>
        </w:rPr>
        <w:t>Partie B : fais un schéma (vue de côté) avec les rayons limitant l'ombre. Comment varie la taille de l'ombre avec d ?</w:t>
      </w:r>
    </w:p>
    <w:p>
      <w:r>
        <w:rPr>
          <w:color w:val="999999"/>
          <w:sz w:val="20"/>
        </w:rPr>
        <w:t>.........................................................................................................</w:t>
      </w:r>
    </w:p>
    <w:p>
      <w:r>
        <w:rPr>
          <w:color w:val="999999"/>
          <w:sz w:val="20"/>
        </w:rPr>
        <w:t>.........................................................................................................</w:t>
      </w:r>
    </w:p>
    <w:p>
      <w:r>
        <w:rPr>
          <w:color w:val="999999"/>
          <w:sz w:val="20"/>
        </w:rPr>
        <w:t>.........................................................................................................</w:t>
      </w:r>
    </w:p>
    <w:p>
      <w:r>
        <w:rPr>
          <w:b/>
          <w:i w:val="0"/>
          <w:sz w:val="24"/>
        </w:rPr>
        <w:t xml:space="preserve">3. </w:t>
      </w:r>
      <w:r>
        <w:rPr>
          <w:b w:val="0"/>
          <w:i w:val="0"/>
          <w:sz w:val="24"/>
        </w:rPr>
        <w:t>Que remarques-tu pour le produit d × h ? Interprète avec la géométrie (Thalès).</w:t>
      </w:r>
    </w:p>
    <w:p>
      <w:r>
        <w:rPr>
          <w:color w:val="999999"/>
          <w:sz w:val="20"/>
        </w:rPr>
        <w:t>.........................................................................................................</w:t>
      </w:r>
    </w:p>
    <w:p>
      <w:r>
        <w:rPr>
          <w:color w:val="999999"/>
          <w:sz w:val="20"/>
        </w:rPr>
        <w:t>.........................................................................................................</w:t>
      </w:r>
    </w:p>
    <w:p>
      <w:r>
        <w:rPr>
          <w:color w:val="999999"/>
          <w:sz w:val="20"/>
        </w:rPr>
        <w:t>.........................................................................................................</w:t>
      </w:r>
    </w:p>
    <w:p>
      <w:r>
        <w:rPr>
          <w:b/>
          <w:i w:val="0"/>
          <w:sz w:val="24"/>
        </w:rPr>
        <w:t xml:space="preserve">4. </w:t>
      </w:r>
      <w:r>
        <w:rPr>
          <w:b w:val="0"/>
          <w:i w:val="0"/>
          <w:sz w:val="24"/>
        </w:rPr>
        <w:t>Partie C : pourquoi l'image dans le sténopé est-elle renversée ?</w:t>
      </w:r>
    </w:p>
    <w:p>
      <w:r>
        <w:rPr>
          <w:color w:val="999999"/>
          <w:sz w:val="20"/>
        </w:rPr>
        <w:t>.........................................................................................................</w:t>
      </w:r>
    </w:p>
    <w:p>
      <w:r>
        <w:rPr>
          <w:color w:val="999999"/>
          <w:sz w:val="20"/>
        </w:rPr>
        <w:t>.........................................................................................................</w:t>
      </w:r>
    </w:p>
    <w:p>
      <w:r>
        <w:rPr>
          <w:color w:val="999999"/>
          <w:sz w:val="20"/>
        </w:rPr>
        <w:t>.........................................................................................................</w:t>
      </w:r>
    </w:p>
    <w:p>
      <w:r>
        <w:rPr>
          <w:b/>
          <w:i w:val="0"/>
          <w:sz w:val="24"/>
        </w:rPr>
        <w:t xml:space="preserve">5. </w:t>
      </w:r>
      <w:r>
        <w:rPr>
          <w:b w:val="0"/>
          <w:i w:val="0"/>
          <w:sz w:val="24"/>
        </w:rPr>
        <w:t>Calcule la hauteur de la flèche et compare à la valeur réelle. Propose une source d'erreur.</w:t>
      </w:r>
    </w:p>
    <w:p>
      <w:r>
        <w:rPr>
          <w:color w:val="999999"/>
          <w:sz w:val="20"/>
        </w:rPr>
        <w:t>.........................................................................................................</w:t>
      </w:r>
    </w:p>
    <w:p>
      <w:r>
        <w:rPr>
          <w:color w:val="999999"/>
          <w:sz w:val="20"/>
        </w:rPr>
        <w:t>.........................................................................................................</w:t>
      </w:r>
    </w:p>
    <w:p>
      <w:r>
        <w:rPr>
          <w:color w:val="999999"/>
          <w:sz w:val="20"/>
        </w:rPr>
        <w:t>.........................................................................................................</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