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3 — Formes et conversions d'énergie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Formes et conversions d'énergie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1.1, 1.3, 2.2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2.1, 3.3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La lampe de poche (7 pts)</w:t>
      </w:r>
    </w:p>
    <w:p>
      <w:pPr>
        <w:spacing w:after="80"/>
      </w:pPr>
      <w:r>
        <w:rPr>
          <w:b w:val="0"/>
          <w:i w:val="0"/>
          <w:sz w:val="24"/>
        </w:rPr>
        <w:t>Une lampe de poche fonctionne avec une pile. En 1 minute, la lampe reçoit 120 J d'énergie électrique et fournit 30 J d'énergie lumineuse.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Représente la chaîne énergétique de la lampe de poche.</w:t>
      </w:r>
      <w:r>
        <w:rPr>
          <w:b w:val="0"/>
          <w:i w:val="0"/>
          <w:color w:val="3D4A5C"/>
          <w:sz w:val="20"/>
        </w:rPr>
        <w:t xml:space="preserve"> (4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Calcule l'énergie perdue. Sous quelle forme ?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Quelle loi as-tu utilisée ? Énonce-la.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Sources d'énergie (5 pts)</w:t>
      </w:r>
    </w:p>
    <w:p>
      <w:pPr>
        <w:spacing w:after="80"/>
      </w:pPr>
      <w:r>
        <w:rPr>
          <w:b w:val="0"/>
          <w:i w:val="0"/>
          <w:sz w:val="24"/>
        </w:rPr>
        <w:t>En France, l'électricité provient principalement du nucléaire, de l'hydraulique, de l'éolien, du solaire et du gaz.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Classe ces sources en renouvelables / non renouvelables.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Quel appareil, commun à presque toutes ces centrales, produit l'électricité ? Quelle conversion réalise-t-il ?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Quel inconvénient environnemental présente le gaz ?</w:t>
      </w:r>
      <w:r>
        <w:rPr>
          <w:b w:val="0"/>
          <w:i w:val="0"/>
          <w:color w:val="3D4A5C"/>
          <w:sz w:val="20"/>
        </w:rPr>
        <w:t xml:space="preserve"> (1 pt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Le chauffe-eau (8 pts)</w:t>
      </w:r>
    </w:p>
    <w:p>
      <w:pPr>
        <w:spacing w:after="80"/>
      </w:pPr>
      <w:r>
        <w:rPr>
          <w:b w:val="0"/>
          <w:i w:val="0"/>
          <w:sz w:val="24"/>
        </w:rPr>
        <w:t>Un chauffe-eau électrique reçoit 3,6 × 10⁷ J d'énergie électrique pour chauffer l'eau d'une douche. Il fournit 3,24 × 10⁷ J d'énergie thermique à l'eau.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Quelle est l'énergie utile ? l'énergie perdue ?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Exprime l'énergie reçue en kWh.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Le chauffe-eau est-il un bon convertisseur ? Justifie par un pourcentage.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