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3 — Formes et conversions d'énergie</w:t>
      </w:r>
    </w:p>
    <w:p>
      <w:pPr>
        <w:pStyle w:val="Title"/>
      </w:pPr>
      <w:r>
        <w:rPr>
          <w:b/>
          <w:i w:val="0"/>
          <w:color w:val="1E3A5F"/>
          <w:sz w:val="40"/>
        </w:rPr>
        <w:t>Activité documentaire — D'où vient l'électricité de ma prise ?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spacing w:after="80"/>
      </w:pPr>
      <w:r>
        <w:rPr>
          <w:b w:val="0"/>
          <w:i w:val="0"/>
          <w:sz w:val="24"/>
        </w:rPr>
        <w:t xml:space="preserve">Quand tu branches ton chargeur, l'énergie électrique arrive par le réseau. Mais elle a été </w:t>
      </w:r>
      <w:r>
        <w:rPr>
          <w:b/>
          <w:i w:val="0"/>
          <w:sz w:val="24"/>
        </w:rPr>
        <w:t>produite</w:t>
      </w:r>
      <w:r>
        <w:rPr>
          <w:b w:val="0"/>
          <w:i w:val="0"/>
          <w:sz w:val="24"/>
        </w:rPr>
        <w:t xml:space="preserve"> ailleurs, à partir d'une </w:t>
      </w:r>
      <w:r>
        <w:rPr>
          <w:b/>
          <w:i w:val="0"/>
          <w:sz w:val="24"/>
        </w:rPr>
        <w:t>source d'énergie</w:t>
      </w:r>
      <w:r>
        <w:rPr>
          <w:b w:val="0"/>
          <w:i w:val="0"/>
          <w:sz w:val="24"/>
        </w:rPr>
        <w:t>. Lis les documents.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1 — Les centrales</w:t>
      </w:r>
    </w:p>
    <w:p>
      <w:pPr>
        <w:spacing w:after="80"/>
      </w:pPr>
      <w:r>
        <w:rPr>
          <w:b w:val="0"/>
          <w:i w:val="0"/>
          <w:sz w:val="24"/>
        </w:rPr>
        <w:t xml:space="preserve">Dans la plupart des centrales électriques, un fluide (vapeur d'eau, eau, vent) fait tourner une </w:t>
      </w:r>
      <w:r>
        <w:rPr>
          <w:b/>
          <w:i w:val="0"/>
          <w:sz w:val="24"/>
        </w:rPr>
        <w:t>turbine</w:t>
      </w:r>
      <w:r>
        <w:rPr>
          <w:b w:val="0"/>
          <w:i w:val="0"/>
          <w:sz w:val="24"/>
        </w:rPr>
        <w:t xml:space="preserve"> reliée à un </w:t>
      </w:r>
      <w:r>
        <w:rPr>
          <w:b/>
          <w:i w:val="0"/>
          <w:sz w:val="24"/>
        </w:rPr>
        <w:t>alternateur</w:t>
      </w:r>
      <w:r>
        <w:rPr>
          <w:b w:val="0"/>
          <w:i w:val="0"/>
          <w:sz w:val="24"/>
        </w:rPr>
        <w:t xml:space="preserve"> : l'alternateur convertit l'énergie mécanique de rotation en </w:t>
      </w:r>
      <w:r>
        <w:rPr>
          <w:b/>
          <w:i w:val="0"/>
          <w:sz w:val="24"/>
        </w:rPr>
        <w:t>énergie électrique</w:t>
      </w:r>
      <w:r>
        <w:rPr>
          <w:b w:val="0"/>
          <w:i w:val="0"/>
          <w:sz w:val="24"/>
        </w:rPr>
        <w:t>. Ce qui change d'une centrale à l'autre, c'est la source qui fait tourner la turbine : uranium (centrale nucléaire), gaz ou charbon (centrale thermique), chute d'eau (barrage), vent (éolienne).</w:t>
      </w:r>
    </w:p>
    <w:p>
      <w:pPr>
        <w:spacing w:after="80"/>
      </w:pPr>
      <w:r>
        <w:rPr>
          <w:b w:val="0"/>
          <w:i w:val="0"/>
          <w:sz w:val="24"/>
        </w:rPr>
        <w:t>Le panneau photovoltaïque est une exception : il convertit directement le rayonnement du Soleil en électricité, sans turbine.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2 — Renouvelable ou non ?</w:t>
      </w:r>
    </w:p>
    <w:p>
      <w:pPr>
        <w:spacing w:after="80"/>
      </w:pPr>
      <w:r>
        <w:rPr>
          <w:b w:val="0"/>
          <w:i w:val="0"/>
          <w:sz w:val="24"/>
        </w:rPr>
        <w:t xml:space="preserve">Une source d'énergie est </w:t>
      </w:r>
      <w:r>
        <w:rPr>
          <w:b/>
          <w:i w:val="0"/>
          <w:sz w:val="24"/>
        </w:rPr>
        <w:t>renouvelable</w:t>
      </w:r>
      <w:r>
        <w:rPr>
          <w:b w:val="0"/>
          <w:i w:val="0"/>
          <w:sz w:val="24"/>
        </w:rPr>
        <w:t xml:space="preserve"> si elle se reconstitue rapidement à l'échelle humaine (Soleil, vent, eau, biomasse, géothermie). Elle est </w:t>
      </w:r>
      <w:r>
        <w:rPr>
          <w:b/>
          <w:i w:val="0"/>
          <w:sz w:val="24"/>
        </w:rPr>
        <w:t>non renouvelable</w:t>
      </w:r>
      <w:r>
        <w:rPr>
          <w:b w:val="0"/>
          <w:i w:val="0"/>
          <w:sz w:val="24"/>
        </w:rPr>
        <w:t xml:space="preserve"> si ses réserves s'épuisent (pétrole, gaz, charbon, uranium) : elles se sont formées en des millions d'années.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3 — Rien ne se perd…</w:t>
      </w:r>
    </w:p>
    <w:p>
      <w:pPr>
        <w:spacing w:after="80"/>
      </w:pPr>
      <w:r>
        <w:rPr>
          <w:b w:val="0"/>
          <w:i w:val="0"/>
          <w:sz w:val="24"/>
        </w:rPr>
        <w:t xml:space="preserve">Dans toute conversion, l'énergie totale se </w:t>
      </w:r>
      <w:r>
        <w:rPr>
          <w:b/>
          <w:i w:val="0"/>
          <w:sz w:val="24"/>
        </w:rPr>
        <w:t>conserve</w:t>
      </w:r>
      <w:r>
        <w:rPr>
          <w:b w:val="0"/>
          <w:i w:val="0"/>
          <w:sz w:val="24"/>
        </w:rPr>
        <w:t>. Mais une partie est toujours convertie en une forme non désirée, le plus souvent de l'</w:t>
      </w:r>
      <w:r>
        <w:rPr>
          <w:b/>
          <w:i w:val="0"/>
          <w:sz w:val="24"/>
        </w:rPr>
        <w:t>énergie thermique</w:t>
      </w:r>
      <w:r>
        <w:rPr>
          <w:b w:val="0"/>
          <w:i w:val="0"/>
          <w:sz w:val="24"/>
        </w:rPr>
        <w:t xml:space="preserve"> : c'est pourquoi un chargeur, un moteur ou un ordinateur chauffe.</w:t>
      </w:r>
    </w:p>
    <w:p>
      <w:pPr>
        <w:pStyle w:val="Heading1"/>
      </w:pPr>
      <w:r>
        <w:rPr>
          <w:b/>
          <w:i w:val="0"/>
          <w:color w:val="1E3A5F"/>
          <w:sz w:val="32"/>
        </w:rPr>
        <w:t>Questions</w:t>
      </w:r>
    </w:p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Quel appareil est présent dans presque toutes les centrales électriques ? Quelle conversion réalise-t-il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Classe les sources suivantes : uranium, vent, gaz, Soleil, eau d'un barrage, charbon.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Pourquoi le panneau photovoltaïque est-il une exception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Ton chargeur de téléphone est tiède après utilisation. Explique pourquoi avec les mots « conversion » et « énergie thermique ».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« L'énergie ne se perd pas, mais on en perd quand même. » Explique cette phrase en 3 lignes.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3 — Formes et conversions d'énergie</w:t>
      </w:r>
    </w:p>
    <w:p>
      <w:pPr>
        <w:pStyle w:val="Title"/>
      </w:pPr>
      <w:r>
        <w:rPr>
          <w:b/>
          <w:i w:val="0"/>
          <w:color w:val="1E3A5F"/>
          <w:sz w:val="40"/>
        </w:rPr>
        <w:t>Fiche d’exercices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pStyle w:val="Heading1"/>
      </w:pPr>
      <w:r>
        <w:rPr>
          <w:b/>
          <w:i w:val="0"/>
          <w:color w:val="1E3A5F"/>
          <w:sz w:val="32"/>
        </w:rPr>
        <w:t>Premiers pas (très guidés)</w:t>
      </w:r>
    </w:p>
    <w:p>
      <w:pPr>
        <w:pStyle w:val="Heading2"/>
      </w:pPr>
      <w:r>
        <w:rPr>
          <w:b/>
          <w:i w:val="0"/>
          <w:color w:val="1E3A5F"/>
          <w:sz w:val="28"/>
        </w:rPr>
        <w:t>PP1 · Reconnaître des formes d'énergie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Associe chaque situation à une forme d'énergie. </w:t>
      </w:r>
      <w:r>
        <w:rPr>
          <w:b w:val="0"/>
          <w:i w:val="0"/>
          <w:sz w:val="24"/>
        </w:rPr>
        <w:t>Aide : utilise le tableau de la partie 1 du cours.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Un vélo qui roule possède de l'énergie ……………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Une tablette de chocolat contient de l'énergie ……………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Le courant qui alimente une lampe transporte de l'énergie ……………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PP2 · Compléter une chaîne énergétique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Un sèche-cheveux est branché sur une prise. Il souffle de l'air chaud. </w:t>
      </w:r>
      <w:r>
        <w:rPr>
          <w:b w:val="0"/>
          <w:i w:val="0"/>
          <w:sz w:val="24"/>
        </w:rPr>
        <w:t>Aide : réservoir → convertisseur → formes d'énergie fournies.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Quelle forme d'énergie le sèche-cheveux reçoit-il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Quelles formes d'énergie fournit-il (pense à l'air qui bouge et à l'air chaud)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Dessine la chaîne : secteur → (……) → sèche-cheveux → (……) et (……).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PP3 · Calculer une énergie perdue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Une ampoule reçoit 200 J d'énergie électrique et fournit 50 J d'énergie lumineuse. </w:t>
      </w:r>
      <w:r>
        <w:rPr>
          <w:b w:val="0"/>
          <w:i w:val="0"/>
          <w:sz w:val="24"/>
        </w:rPr>
        <w:t>Aide : E</w:t>
      </w:r>
      <w:r>
        <w:rPr>
          <w:b w:val="0"/>
          <w:i w:val="0"/>
          <w:sz w:val="24"/>
          <w:vertAlign w:val="subscript"/>
        </w:rPr>
        <w:t>perdue</w:t>
      </w:r>
      <w:r>
        <w:rPr>
          <w:b w:val="0"/>
          <w:i w:val="0"/>
          <w:sz w:val="24"/>
        </w:rPr>
        <w:t xml:space="preserve"> = E</w:t>
      </w:r>
      <w:r>
        <w:rPr>
          <w:b w:val="0"/>
          <w:i w:val="0"/>
          <w:sz w:val="24"/>
          <w:vertAlign w:val="subscript"/>
        </w:rPr>
        <w:t>reçue</w:t>
      </w:r>
      <w:r>
        <w:rPr>
          <w:b w:val="0"/>
          <w:i w:val="0"/>
          <w:sz w:val="24"/>
        </w:rPr>
        <w:t xml:space="preserve"> − E</w:t>
      </w:r>
      <w:r>
        <w:rPr>
          <w:b w:val="0"/>
          <w:i w:val="0"/>
          <w:sz w:val="24"/>
          <w:vertAlign w:val="subscript"/>
        </w:rPr>
        <w:t>utile</w:t>
      </w:r>
      <w:r>
        <w:rPr>
          <w:b w:val="0"/>
          <w:i w:val="0"/>
          <w:sz w:val="24"/>
        </w:rPr>
        <w:t>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Quelle est l'énergie utile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l'énergie perdue.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Sous quelle forme est-elle perdue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1"/>
      </w:pPr>
      <w:r>
        <w:rPr>
          <w:b/>
          <w:i w:val="0"/>
          <w:color w:val="1E3A5F"/>
          <w:sz w:val="32"/>
        </w:rPr>
        <w:t>Exercices progressifs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 · Classer les sources ★☆☆☆☆</w:t>
      </w:r>
    </w:p>
    <w:p>
      <w:pPr>
        <w:spacing w:after="80"/>
      </w:pPr>
      <w:r>
        <w:rPr>
          <w:b w:val="0"/>
          <w:i w:val="0"/>
          <w:sz w:val="24"/>
        </w:rPr>
        <w:t>Sources : pétrole, Soleil, vent, uranium, bois, gaz naturel, chute d'eau, charbon.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Classe-les en sources renouvelables et non renouvelables.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Lesquelles sont des énergies fossiles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Donne un inconvénient des énergies fossiles pour l'environnement.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· Le kilowattheure ★☆☆☆☆</w:t>
      </w:r>
    </w:p>
    <w:p>
      <w:pPr>
        <w:spacing w:after="80"/>
      </w:pPr>
      <w:r>
        <w:rPr>
          <w:b w:val="0"/>
          <w:i w:val="0"/>
          <w:sz w:val="24"/>
        </w:rPr>
        <w:t>1 kWh = 3 600 000 J.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Convertis 2 kWh en joules.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 xml:space="preserve">Convertis </w:t>
      </w:r>
      <w:r>
        <w:rPr>
          <w:b w:val="0"/>
          <w:i w:val="0"/>
          <w:sz w:val="24"/>
        </w:rPr>
        <w:t>1,8×10</w:t>
      </w:r>
      <w:r>
        <w:rPr>
          <w:b w:val="0"/>
          <w:i w:val="0"/>
          <w:sz w:val="24"/>
          <w:vertAlign w:val="superscript"/>
        </w:rPr>
        <w:t>7</w:t>
      </w:r>
      <w:r>
        <w:rPr>
          <w:b w:val="0"/>
          <w:i w:val="0"/>
          <w:sz w:val="24"/>
        </w:rPr>
        <w:t xml:space="preserve"> J en kWh.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Une batterie de téléphone stocke 15 Wh (wattheures). Sachant que 1 Wh = 3 600 J, calcule son énergie en joules.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· Chaînes énergétiques ★★☆☆☆</w:t>
      </w:r>
    </w:p>
    <w:p>
      <w:pPr>
        <w:spacing w:after="80"/>
      </w:pPr>
      <w:r>
        <w:rPr>
          <w:b w:val="0"/>
          <w:i w:val="0"/>
          <w:sz w:val="24"/>
        </w:rPr>
        <w:t>Représente la chaîne énergétique de chaque situation en précisant l'énergie utile et l'énergie perdue.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Un panneau photovoltaïque alimente un ventilateur (deux convertisseurs).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Une voiture thermique roule.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Une lampe de poche fonctionne avec une pile.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4 · Bilans d'énergie ★★☆☆☆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Appareil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E reçue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E utile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E perdue</w:t>
            </w:r>
          </w:p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Moteur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800 J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600 J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?</w:t>
            </w:r>
          </w:p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Lampe LED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?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45 J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105 J</w:t>
            </w:r>
          </w:p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Bouilloire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1,5 × 10⁵ J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?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1,5 × 10⁴ J</w:t>
            </w:r>
          </w:p>
        </w:tc>
      </w:tr>
    </w:tbl>
    <w:p/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Complète le tableau.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Pour chaque appareil, précise la forme de l'énergie utile.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Quel appareil convertit la plus grande part de l'énergie reçue en énergie utile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5 · Le barrage hydroélectrique ★★★☆☆</w:t>
      </w:r>
    </w:p>
    <w:p>
      <w:pPr>
        <w:spacing w:after="80"/>
      </w:pPr>
      <w:r>
        <w:rPr>
          <w:b w:val="0"/>
          <w:i w:val="0"/>
          <w:sz w:val="24"/>
        </w:rPr>
        <w:t>Données pédagogiques.</w:t>
      </w:r>
    </w:p>
    <w:p>
      <w:pPr>
        <w:spacing w:after="80"/>
      </w:pPr>
      <w:r>
        <w:rPr>
          <w:b w:val="0"/>
          <w:i w:val="0"/>
          <w:sz w:val="24"/>
        </w:rPr>
        <w:t>L'eau retenue dans un barrage descend dans une conduite forcée, fait tourner une turbine reliée à un alternateur. Pour un volume d'eau donné, l'énergie de position de l'eau vaut 1000 MJ et l'énergie électrique produite 850 MJ.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Représente la chaîne énergétique (de l'eau retenue jusqu'au réseau).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l'énergie perdue.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Exprime l'énergie électrique produite en kWh (1 MJ = 10⁶ J).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Cette source est-elle renouvelable ?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6 · Vrai ou faux argumenté ★★★☆☆</w:t>
      </w:r>
    </w:p>
    <w:p>
      <w:pPr>
        <w:spacing w:after="80"/>
      </w:pPr>
      <w:r>
        <w:rPr>
          <w:b w:val="0"/>
          <w:i w:val="0"/>
          <w:sz w:val="24"/>
        </w:rPr>
        <w:t>Réponds par vrai ou faux et justifie.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Un appareil peut fournir plus d'énergie qu'il n'en reçoit.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Un radiateur électrique n'a pas de pertes thermiques.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Une centrale nucléaire utilise une source renouvelable.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Une batterie qui se recharge convertit de l'énergie électrique en énergie chimique.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7 · Comparer deux lampes ★★★★☆</w:t>
      </w:r>
    </w:p>
    <w:p>
      <w:pPr>
        <w:spacing w:after="80"/>
      </w:pPr>
      <w:r>
        <w:rPr>
          <w:b w:val="0"/>
          <w:i w:val="0"/>
          <w:sz w:val="24"/>
        </w:rPr>
        <w:t>Données pédagogiques (ordres de grandeur).</w:t>
      </w:r>
    </w:p>
    <w:p>
      <w:pPr>
        <w:spacing w:after="80"/>
      </w:pPr>
      <w:r>
        <w:rPr>
          <w:b w:val="0"/>
          <w:i w:val="0"/>
          <w:sz w:val="24"/>
        </w:rPr>
        <w:t>Pour éclairer une pièce pendant 1 heure avec la même luminosité : une lampe à incandescence reçoit 216 000 J et une lampe LED 28 800 J. Les deux fournissent environ 7 200 J d'énergie lumineuse utile.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l'énergie perdue par chaque lampe.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Calcule, pour chaque lampe, le pourcentage d'énergie utile.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Exprime les énergies reçues en kWh.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Rédige un conseil argumenté pour un ami qui hésite entre les deux lampes.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8 · Le vélo à assistance électrique ★★★★☆</w:t>
      </w:r>
    </w:p>
    <w:p>
      <w:pPr>
        <w:spacing w:after="80"/>
      </w:pPr>
      <w:r>
        <w:rPr>
          <w:b w:val="0"/>
          <w:i w:val="0"/>
          <w:sz w:val="24"/>
        </w:rPr>
        <w:t>Sur un vélo à assistance électrique, la batterie alimente un moteur ; le cycliste pédale aussi. Lors d'une descente, certains modèles rechargent la batterie : le moteur fonctionne alors en générateur.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Représente la chaîne énergétique en montée (deux réservoirs : batterie et cycliste).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Représente la chaîne énergétique lors de la recharge en descente.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Quelle énergie diminue pendant la descente ?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Pourquoi la batterie ne récupère-t-elle pas toute l'énergie de la descente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9 · Une éolienne pour combien de foyers ? ★★★★★ (type brevet)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1 — L'éolienne</w:t>
      </w:r>
    </w:p>
    <w:p>
      <w:pPr>
        <w:spacing w:after="80"/>
      </w:pPr>
      <w:r>
        <w:rPr>
          <w:b w:val="0"/>
          <w:i w:val="0"/>
          <w:sz w:val="24"/>
        </w:rPr>
        <w:t xml:space="preserve">Une éolienne terrestre de puissance maximale 2 MW (2 000 kW) ne tourne pas toujours à pleine puissance : sur une année, elle produit en moyenne comme si elle fonctionnait à pleine puissance </w:t>
      </w:r>
      <w:r>
        <w:rPr>
          <w:b/>
          <w:i w:val="0"/>
          <w:sz w:val="24"/>
        </w:rPr>
        <w:t>25 %</w:t>
      </w:r>
      <w:r>
        <w:rPr>
          <w:b w:val="0"/>
          <w:i w:val="0"/>
          <w:sz w:val="24"/>
        </w:rPr>
        <w:t xml:space="preserve"> du temps.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2 — Repères</w:t>
      </w:r>
    </w:p>
    <w:p>
      <w:pPr>
        <w:spacing w:after="80"/>
      </w:pPr>
      <w:r>
        <w:rPr>
          <w:b w:val="0"/>
          <w:i w:val="0"/>
          <w:sz w:val="24"/>
        </w:rPr>
        <w:t>1 an = 8 760 h. Énergie produite (kWh) = puissance (kW) × durée de fonctionnement (h).</w:t>
      </w:r>
      <w:r>
        <w:br/>
      </w:r>
      <w:r>
        <w:rPr>
          <w:b w:val="0"/>
          <w:i w:val="0"/>
          <w:sz w:val="24"/>
        </w:rPr>
        <w:t>Valeur pédagogique : consommation électrique annuelle d'un foyer ≈ 4700 kWh.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3 — Chaîne énergétique</w:t>
      </w:r>
    </w:p>
    <w:p>
      <w:pPr>
        <w:spacing w:after="80"/>
      </w:pPr>
      <w:r>
        <w:rPr>
          <w:b w:val="0"/>
          <w:i w:val="0"/>
          <w:sz w:val="24"/>
        </w:rPr>
        <w:t>Le vent fait tourner les pales ; un multiplicateur augmente la vitesse de rotation ; un alternateur produit l'électricité.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Représente la chaîne énergétique de l'éolienne.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la durée équivalente de fonctionnement à pleine puissance sur un an.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Calcule l'énergie électrique produite en un an (en kWh).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Combien de foyers cette éolienne peut-elle alimenter en moyenne ? Rédige ta réponse.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e) </w:t>
      </w:r>
      <w:r>
        <w:rPr>
          <w:b w:val="0"/>
          <w:i w:val="0"/>
          <w:sz w:val="24"/>
        </w:rPr>
        <w:t>Cite un avantage et une limite de l'énergie éolienne.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10 · Le paradoxe du freinage ★★★★★</w:t>
      </w:r>
    </w:p>
    <w:p>
      <w:pPr>
        <w:spacing w:after="80"/>
      </w:pPr>
      <w:r>
        <w:rPr>
          <w:b w:val="0"/>
          <w:i w:val="0"/>
          <w:sz w:val="24"/>
        </w:rPr>
        <w:t>Une voiture roule à vitesse constante puis freine jusqu'à l'arrêt. Les disques de frein deviennent brûlants. Une voiture électrique, elle, peut récupérer une partie de l'énergie au freinage.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Quelle forme d'énergie la voiture possède-t-elle en roulant ? Que devient-elle lors d'un freinage classique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Représente la chaîne énergétique du freinage d'une voiture électrique avec récupération.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« Au freinage, l'énergie de la voiture disparaît. » Corrige cette phrase.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Explique pourquoi la récupération au freinage augmente l'autonomie d'une voiture électrique en ville.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3 — Formes et conversions d'énergie</w:t>
      </w:r>
    </w:p>
    <w:p>
      <w:pPr>
        <w:pStyle w:val="Title"/>
      </w:pPr>
      <w:r>
        <w:rPr>
          <w:b/>
          <w:i w:val="0"/>
          <w:color w:val="1E3A5F"/>
          <w:sz w:val="40"/>
        </w:rPr>
        <w:t>TP expérimental — Des chaînes énergétiques sur la paillasse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/>
          <w:i w:val="0"/>
          <w:sz w:val="24"/>
        </w:rPr>
        <w:t xml:space="preserve">Problème : </w:t>
      </w:r>
      <w:r>
        <w:rPr>
          <w:b w:val="0"/>
          <w:i w:val="0"/>
          <w:sz w:val="24"/>
        </w:rPr>
        <w:t>Quelles conversions d'énergie réalisent des appareils simples, et où passe l'énergie « perdue » ?</w:t>
      </w:r>
    </w:p>
    <w:p>
      <w:r>
        <w:rPr>
          <w:b w:val="0"/>
          <w:i w:val="0"/>
          <w:sz w:val="22"/>
        </w:rPr>
        <w:t>Durée : 55 min · Travail en binôme</w:t>
      </w:r>
    </w:p>
    <w:p>
      <w:pPr>
        <w:pStyle w:val="Heading2"/>
      </w:pPr>
      <w:r>
        <w:rPr>
          <w:b/>
          <w:i w:val="0"/>
          <w:color w:val="1E3A5F"/>
          <w:sz w:val="28"/>
        </w:rPr>
        <w:t>Matériel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Atelier 1 : 1 pile 4,5 V, 1 petit moteur avec poulie, 1 fil, 1 masse de 50 g, 1 règle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Atelier 2 : 1 dynamo à manivelle (ou dynamo de vélo), 1 lampe 6 V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Atelier 3 : 1 cellule photovoltaïque, 1 petit moteur avec hélice, 1 lampe de bureau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Atelier 4 : 1 lampe à incandescence 25 W et 1 lampe LED (même culot) sur douille protégée, 1 thermomètre à affichage (ou thermomètre infrarouge)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Chronomètre</w:t>
      </w:r>
    </w:p>
    <w:p>
      <w:pPr>
        <w:pStyle w:val="Heading2"/>
      </w:pPr>
      <w:r>
        <w:rPr>
          <w:b/>
          <w:i w:val="0"/>
          <w:color w:val="1E3A5F"/>
          <w:sz w:val="28"/>
        </w:rPr>
        <w:t>Sécurité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 xml:space="preserve">Atelier 4 : </w:t>
      </w:r>
      <w:r>
        <w:rPr>
          <w:b/>
          <w:i w:val="0"/>
          <w:sz w:val="24"/>
        </w:rPr>
        <w:t>ne jamais toucher</w:t>
      </w:r>
      <w:r>
        <w:rPr>
          <w:b w:val="0"/>
          <w:i w:val="0"/>
          <w:sz w:val="24"/>
        </w:rPr>
        <w:t xml:space="preserve"> l'ampoule à incandescence (brûlure) ; la douille est branchée sur le secteur par le professeur uniquement, les élèves n'y touchent pas.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Ne pas regarder directement la lampe de bureau de près.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Ne pas court-circuiter la pile.</w:t>
      </w:r>
    </w:p>
    <w:p>
      <w:pPr>
        <w:pStyle w:val="Heading2"/>
      </w:pPr>
      <w:r>
        <w:rPr>
          <w:b/>
          <w:i w:val="0"/>
          <w:color w:val="1E3A5F"/>
          <w:sz w:val="28"/>
        </w:rPr>
        <w:t>Protocole</w:t>
      </w:r>
    </w:p>
    <w:p>
      <w:pPr>
        <w:spacing w:after="80"/>
        <w:ind w:left="340"/>
      </w:pPr>
      <w:r>
        <w:t xml:space="preserve">1. </w:t>
      </w:r>
      <w:r>
        <w:rPr>
          <w:b/>
          <w:i w:val="0"/>
          <w:sz w:val="24"/>
        </w:rPr>
        <w:t>Atelier 1</w:t>
      </w:r>
      <w:r>
        <w:rPr>
          <w:b w:val="0"/>
          <w:i w:val="0"/>
          <w:sz w:val="24"/>
        </w:rPr>
        <w:t xml:space="preserve"> : branche le moteur sur la pile ; il enroule le fil et soulève la masse. Observe et touche le moteur au bout d'une minute.</w:t>
      </w:r>
    </w:p>
    <w:p>
      <w:pPr>
        <w:spacing w:after="80"/>
        <w:ind w:left="340"/>
      </w:pPr>
      <w:r>
        <w:t xml:space="preserve">2. </w:t>
      </w:r>
      <w:r>
        <w:rPr>
          <w:b/>
          <w:i w:val="0"/>
          <w:sz w:val="24"/>
        </w:rPr>
        <w:t>Atelier 2</w:t>
      </w:r>
      <w:r>
        <w:rPr>
          <w:b w:val="0"/>
          <w:i w:val="0"/>
          <w:sz w:val="24"/>
        </w:rPr>
        <w:t xml:space="preserve"> : tourne la manivelle de la dynamo branchée sur la lampe, doucement puis vite. Note ce que tu observes et ressens.</w:t>
      </w:r>
    </w:p>
    <w:p>
      <w:pPr>
        <w:spacing w:after="80"/>
        <w:ind w:left="340"/>
      </w:pPr>
      <w:r>
        <w:t xml:space="preserve">3. </w:t>
      </w:r>
      <w:r>
        <w:rPr>
          <w:b/>
          <w:i w:val="0"/>
          <w:sz w:val="24"/>
        </w:rPr>
        <w:t>Atelier 3</w:t>
      </w:r>
      <w:r>
        <w:rPr>
          <w:b w:val="0"/>
          <w:i w:val="0"/>
          <w:sz w:val="24"/>
        </w:rPr>
        <w:t xml:space="preserve"> : éclaire la cellule avec la lampe de bureau à 20 cm puis à 40 cm ; observe la rotation de l'hélice.</w:t>
      </w:r>
    </w:p>
    <w:p>
      <w:pPr>
        <w:spacing w:after="80"/>
        <w:ind w:left="340"/>
      </w:pPr>
      <w:r>
        <w:t xml:space="preserve">4. </w:t>
      </w:r>
      <w:r>
        <w:rPr>
          <w:b/>
          <w:i w:val="0"/>
          <w:sz w:val="24"/>
        </w:rPr>
        <w:t>Atelier 4</w:t>
      </w:r>
      <w:r>
        <w:rPr>
          <w:b w:val="0"/>
          <w:i w:val="0"/>
          <w:sz w:val="24"/>
        </w:rPr>
        <w:t xml:space="preserve"> (démonstration encadrée) : le professeur allume les deux lampes ; mesure la température à 5 cm de chaque ampoule à t = 0 puis toutes les minutes pendant 4 minutes.</w:t>
      </w:r>
    </w:p>
    <w:p>
      <w:pPr>
        <w:spacing w:after="80"/>
        <w:ind w:left="340"/>
      </w:pPr>
      <w:r>
        <w:t xml:space="preserve">5. </w:t>
      </w:r>
      <w:r>
        <w:rPr>
          <w:b w:val="0"/>
          <w:i w:val="0"/>
          <w:sz w:val="24"/>
        </w:rPr>
        <w:t>Pour chaque atelier, dessine la chaîne énergétique en précisant énergie utile et pertes.</w:t>
      </w:r>
    </w:p>
    <w:p>
      <w:r>
        <w:drawing>
          <wp:inline xmlns:a="http://schemas.openxmlformats.org/drawingml/2006/main" xmlns:pic="http://schemas.openxmlformats.org/drawingml/2006/picture">
            <wp:extent cx="4680000" cy="42885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pe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2885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i w:val="0"/>
          <w:color w:val="1E3A5F"/>
          <w:sz w:val="28"/>
        </w:rPr>
        <w:t>Résultats et exploitation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t (min)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0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1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2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3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4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2"/>
              </w:rPr>
              <w:t>θ près de la lampe à incandescence (°C)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2"/>
              </w:rPr>
              <w:t>θ près de la LED (°C)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Pour chaque atelier, dessine la chaîne énergétique (réservoir, convertisseur(s), formes d'énergie, utile / perdue).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Atelier 2 : pourquoi faut-il tourner plus vite pour que la lampe brille plus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Atelier 3 : comment évolue la rotation de l'hélice quand on éloigne la lampe ? Interprète.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Atelier 4 : quelle lampe a le plus de pertes thermiques ? Justifie avec tes mesures.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Conclus : à quoi reconnaît-on, dans la vie courante, qu'un appareil a des pertes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