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2 — Décrire un mouvement</w:t>
      </w:r>
    </w:p>
    <w:p>
      <w:pPr>
        <w:pStyle w:val="Title"/>
      </w:pPr>
      <w:r>
        <w:rPr>
          <w:b/>
          <w:i w:val="0"/>
          <w:color w:val="1E3A5F"/>
          <w:sz w:val="40"/>
        </w:rPr>
        <w:t>Activité documentaire — Qui bouge vraiment ?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spacing w:after="80"/>
      </w:pPr>
      <w:r>
        <w:rPr>
          <w:b w:val="0"/>
          <w:i w:val="0"/>
          <w:sz w:val="24"/>
        </w:rPr>
        <w:t xml:space="preserve">Assis dans un train à l'arrêt en gare, tu as parfois l'impression d'avancer… alors que c'est le train d'à côté qui démarre ! Le mouvement dépend </w:t>
      </w:r>
      <w:r>
        <w:rPr>
          <w:b/>
          <w:i w:val="0"/>
          <w:sz w:val="24"/>
        </w:rPr>
        <w:t>de celui qui l'observe</w:t>
      </w:r>
      <w:r>
        <w:rPr>
          <w:b w:val="0"/>
          <w:i w:val="0"/>
          <w:sz w:val="24"/>
        </w:rPr>
        <w:t>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1 — Dans le train</w:t>
      </w:r>
    </w:p>
    <w:p>
      <w:pPr>
        <w:spacing w:after="80"/>
      </w:pPr>
      <w:r>
        <w:rPr>
          <w:b w:val="0"/>
          <w:i w:val="0"/>
          <w:sz w:val="24"/>
        </w:rPr>
        <w:t xml:space="preserve">Léa est assise dans un TGV qui roule à 300 km/h. Pour son voisin, elle est </w:t>
      </w:r>
      <w:r>
        <w:rPr>
          <w:b/>
          <w:i w:val="0"/>
          <w:sz w:val="24"/>
        </w:rPr>
        <w:t>immobile</w:t>
      </w:r>
      <w:r>
        <w:rPr>
          <w:b w:val="0"/>
          <w:i w:val="0"/>
          <w:sz w:val="24"/>
        </w:rPr>
        <w:t xml:space="preserve">. Pour une vache dans un pré, elle se déplace à </w:t>
      </w:r>
      <w:r>
        <w:rPr>
          <w:b/>
          <w:i w:val="0"/>
          <w:sz w:val="24"/>
        </w:rPr>
        <w:t>300 km/h</w:t>
      </w:r>
      <w:r>
        <w:rPr>
          <w:b w:val="0"/>
          <w:i w:val="0"/>
          <w:sz w:val="24"/>
        </w:rPr>
        <w:t>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2 — La Terre tourne… et nous avec</w:t>
      </w:r>
    </w:p>
    <w:p>
      <w:pPr>
        <w:spacing w:after="80"/>
      </w:pPr>
      <w:r>
        <w:rPr>
          <w:b w:val="0"/>
          <w:i w:val="0"/>
          <w:sz w:val="24"/>
        </w:rPr>
        <w:t xml:space="preserve">La Terre tourne autour du Soleil en une année, sur une trajectoire presque circulaire de rayon 150 millions de kilomètres. Sa vitesse est d'environ </w:t>
      </w:r>
      <w:r>
        <w:rPr>
          <w:b/>
          <w:i w:val="0"/>
          <w:sz w:val="24"/>
        </w:rPr>
        <w:t>30 km/s</w:t>
      </w:r>
      <w:r>
        <w:rPr>
          <w:b w:val="0"/>
          <w:i w:val="0"/>
          <w:sz w:val="24"/>
        </w:rPr>
        <w:t>. Pourtant, assis en classe, tu te sens immobile.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3 — La chronophotographie</w:t>
      </w:r>
    </w:p>
    <w:p>
      <w:pPr>
        <w:spacing w:after="80"/>
      </w:pPr>
      <w:r>
        <w:rPr>
          <w:b w:val="0"/>
          <w:i w:val="0"/>
          <w:sz w:val="24"/>
        </w:rPr>
        <w:t xml:space="preserve">En 1882, Étienne-Jules </w:t>
      </w:r>
      <w:r>
        <w:rPr>
          <w:b/>
          <w:i w:val="0"/>
          <w:sz w:val="24"/>
        </w:rPr>
        <w:t>Marey</w:t>
      </w:r>
      <w:r>
        <w:rPr>
          <w:b w:val="0"/>
          <w:i w:val="0"/>
          <w:sz w:val="24"/>
        </w:rPr>
        <w:t xml:space="preserve"> invente le « fusil photographique » qui prend plusieurs images à intervalles de temps </w:t>
      </w:r>
      <w:r>
        <w:rPr>
          <w:b/>
          <w:i w:val="0"/>
          <w:sz w:val="24"/>
        </w:rPr>
        <w:t>égaux</w:t>
      </w:r>
      <w:r>
        <w:rPr>
          <w:b w:val="0"/>
          <w:i w:val="0"/>
          <w:sz w:val="24"/>
        </w:rPr>
        <w:t xml:space="preserve"> sur la même photo. Les positions successives permettent de décrire la </w:t>
      </w:r>
      <w:r>
        <w:rPr>
          <w:b/>
          <w:i w:val="0"/>
          <w:sz w:val="24"/>
        </w:rPr>
        <w:t>trajectoire</w:t>
      </w:r>
      <w:r>
        <w:rPr>
          <w:b w:val="0"/>
          <w:i w:val="0"/>
          <w:sz w:val="24"/>
        </w:rPr>
        <w:t xml:space="preserve"> et l'évolution de la </w:t>
      </w:r>
      <w:r>
        <w:rPr>
          <w:b/>
          <w:i w:val="0"/>
          <w:sz w:val="24"/>
        </w:rPr>
        <w:t>vitesse</w:t>
      </w:r>
      <w:r>
        <w:rPr>
          <w:b w:val="0"/>
          <w:i w:val="0"/>
          <w:sz w:val="24"/>
        </w:rPr>
        <w:t>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4 — Vocabulaire</w:t>
      </w:r>
    </w:p>
    <w:p>
      <w:pPr>
        <w:spacing w:after="80"/>
        <w:ind w:left="340"/>
      </w:pPr>
      <w:r>
        <w:t xml:space="preserve">• </w:t>
      </w:r>
      <w:r>
        <w:rPr>
          <w:b/>
          <w:i w:val="0"/>
          <w:sz w:val="24"/>
        </w:rPr>
        <w:t>Référentiel</w:t>
      </w:r>
      <w:r>
        <w:rPr>
          <w:b w:val="0"/>
          <w:i w:val="0"/>
          <w:sz w:val="24"/>
        </w:rPr>
        <w:t xml:space="preserve"> : l'objet par rapport auquel on étudie le mouvement (le quai, le train, la Terre…).</w:t>
      </w:r>
    </w:p>
    <w:p>
      <w:pPr>
        <w:spacing w:after="80"/>
        <w:ind w:left="340"/>
      </w:pPr>
      <w:r>
        <w:t xml:space="preserve">• </w:t>
      </w:r>
      <w:r>
        <w:rPr>
          <w:b/>
          <w:i w:val="0"/>
          <w:sz w:val="24"/>
        </w:rPr>
        <w:t>Trajectoire</w:t>
      </w:r>
      <w:r>
        <w:rPr>
          <w:b w:val="0"/>
          <w:i w:val="0"/>
          <w:sz w:val="24"/>
        </w:rPr>
        <w:t xml:space="preserve"> : ensemble des positions occupées par un point de l'objet.</w:t>
      </w:r>
    </w:p>
    <w:p>
      <w:pPr>
        <w:pStyle w:val="Heading1"/>
      </w:pPr>
      <w:r>
        <w:rPr>
          <w:b/>
          <w:i w:val="0"/>
          <w:color w:val="1E3A5F"/>
          <w:sz w:val="32"/>
        </w:rPr>
        <w:t>Questions</w:t>
      </w:r>
    </w:p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Léa est-elle immobile ou en mouvement ? Réponds en précisant par rapport à quoi.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Donne un exemple de ta vie où tu es immobile par rapport à un objet et en mouvement par rapport à un autre.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Convertis la vitesse de la Terre (30 km/s) en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Pourquoi les images d'une chronophotographie doivent-elles être prises à intervalles de temps égaux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Explique en 3 lignes pourquoi on dit que « le mouvement est relatif ».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2 — Décrire un mouvement</w:t>
      </w:r>
    </w:p>
    <w:p>
      <w:pPr>
        <w:pStyle w:val="Title"/>
      </w:pPr>
      <w:r>
        <w:rPr>
          <w:b/>
          <w:i w:val="0"/>
          <w:color w:val="1E3A5F"/>
          <w:sz w:val="40"/>
        </w:rPr>
        <w:t>Fiche d’exercices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pStyle w:val="Heading1"/>
      </w:pPr>
      <w:r>
        <w:rPr>
          <w:b/>
          <w:i w:val="0"/>
          <w:color w:val="1E3A5F"/>
          <w:sz w:val="32"/>
        </w:rPr>
        <w:t>Premiers pas (très guidés)</w:t>
      </w:r>
    </w:p>
    <w:p>
      <w:pPr>
        <w:pStyle w:val="Heading2"/>
      </w:pPr>
      <w:r>
        <w:rPr>
          <w:b/>
          <w:i w:val="0"/>
          <w:color w:val="1E3A5F"/>
          <w:sz w:val="28"/>
        </w:rPr>
        <w:t>PP1 · Calculer une vitesse pas à pas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 escargot parcourt 60 cm en 10 minutes. </w:t>
      </w:r>
      <w:r>
        <w:rPr>
          <w:b w:val="0"/>
          <w:i w:val="0"/>
          <w:sz w:val="24"/>
        </w:rPr>
        <w:t xml:space="preserve">Aide : </w:t>
      </w:r>
      <w:r>
        <w:rPr>
          <w:b w:val="0"/>
          <w:i w:val="0"/>
          <w:sz w:val="24"/>
        </w:rPr>
        <w:t>v = d/t</w:t>
      </w:r>
      <w:r>
        <w:rPr>
          <w:b w:val="0"/>
          <w:i w:val="0"/>
          <w:sz w:val="24"/>
        </w:rPr>
        <w:t>, avec d en m et t en 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Convertis 60 cm en mètres (1 m = 100 cm).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Convertis 10 minutes en secondes (1 min = 60 s).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 xml:space="preserve">Calcule </w:t>
      </w:r>
      <w:r>
        <w:rPr>
          <w:b w:val="0"/>
          <w:i w:val="0"/>
          <w:sz w:val="24"/>
        </w:rPr>
        <w:t>v = d/t</w:t>
      </w:r>
      <w:r>
        <w:rPr>
          <w:b w:val="0"/>
          <w:i w:val="0"/>
          <w:sz w:val="24"/>
        </w:rPr>
        <w:t xml:space="preserve"> en m/s.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PP2 · Convertir des km/h en m/s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Sur l'autoroute, la vitesse est limitée à 130 km/h. </w:t>
      </w:r>
      <w:r>
        <w:rPr>
          <w:b w:val="0"/>
          <w:i w:val="0"/>
          <w:sz w:val="24"/>
        </w:rPr>
        <w:t>Aide : pour passer des km/h aux m/s, on divise par 3,6.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Pose l'opération : 130 ÷ 3,6.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Donne le résultat arrondi à l'unité, avec l'unité.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Quelle distance la voiture parcourt-elle en 1 seconde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PP3 · Lire une chronophotographie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Les distances entre les positions successives d'un palet sont : 2 cm – 2 cm – 2 cm – 2 cm. </w:t>
      </w:r>
      <w:r>
        <w:rPr>
          <w:b w:val="0"/>
          <w:i w:val="0"/>
          <w:sz w:val="24"/>
        </w:rPr>
        <w:t>Aide : regarde si les distances changent.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Les distances sont-elles égales, croissantes ou décroissantes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La vitesse du palet change-t-elle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Complète : le mouvement est …………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1"/>
      </w:pPr>
      <w:r>
        <w:rPr>
          <w:b/>
          <w:i w:val="0"/>
          <w:color w:val="1E3A5F"/>
          <w:sz w:val="32"/>
        </w:rPr>
        <w:t>Exercices progressifs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 · Immobile ou en mouvement ? ★☆☆☆☆</w:t>
      </w:r>
    </w:p>
    <w:p>
      <w:pPr>
        <w:spacing w:after="80"/>
      </w:pPr>
      <w:r>
        <w:rPr>
          <w:b w:val="0"/>
          <w:i w:val="0"/>
          <w:sz w:val="24"/>
        </w:rPr>
        <w:t>Tom est assis dans un manège qui tourne. Sa sœur Inès le regarde depuis le sol.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Tom est-il immobile par rapport à son siège ? par rapport à Inès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Quelle est la trajectoire de Tom pour Inès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Complète : « le mouvement dépend du …………… ».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· Calculs de vitesses ★☆☆☆☆</w:t>
      </w:r>
    </w:p>
    <w:p>
      <w:pPr>
        <w:spacing w:after="80"/>
      </w:pPr>
      <w:r>
        <w:rPr>
          <w:b w:val="0"/>
          <w:i w:val="0"/>
          <w:sz w:val="24"/>
        </w:rPr>
        <w:t>a) Un cycliste parcourt 45 km en 3 h. b) Un coureur parcourt 400 m en 80 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la vitesse du cycliste en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la vitesse du coureur en m/s.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Convertis la vitesse du coureur en km/h. Qui est le plus rapide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· Conversions ★★☆☆☆</w:t>
      </w:r>
    </w:p>
    <w:p>
      <w:pPr>
        <w:spacing w:after="80"/>
      </w:pPr>
      <w:r>
        <w:rPr>
          <w:b w:val="0"/>
          <w:i w:val="0"/>
          <w:sz w:val="24"/>
        </w:rPr>
        <w:t>Convertis :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50 km/h en m/s ;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10 m/s en km/h ;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340 m/s (vitesse du son dans l'air) en km/h ;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1 h 45 min en heures (nombre décimal).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4 · Quel mouvement ? ★★☆☆☆</w:t>
      </w:r>
    </w:p>
    <w:p>
      <w:pPr>
        <w:spacing w:after="80"/>
      </w:pPr>
      <w:r>
        <w:rPr>
          <w:b w:val="0"/>
          <w:i w:val="0"/>
          <w:sz w:val="24"/>
        </w:rPr>
        <w:t>Intervalle entre deux images : 0,2 s. Distances successives (en cm) :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Objet A : 3 – 3 – 3 – 3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Objet B : 1 – 3 – 5 – 7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Objet C : 8 – 6 – 4 – 2</w:t>
      </w:r>
    </w:p>
    <w:p>
      <w:pPr>
        <w:spacing w:after="80"/>
      </w:pPr>
      <w:r>
        <w:rPr>
          <w:b w:val="0"/>
          <w:i w:val="0"/>
          <w:sz w:val="24"/>
        </w:rPr>
        <w:t>Les trajectoires sont des droites.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Indique la nature du mouvement de chaque objet.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la vitesse de A en m/s.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Pour B, calcule la vitesse sur le premier et sur le dernier intervalle.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5 · Bolt contre le guépard ★★★☆☆</w:t>
      </w:r>
    </w:p>
    <w:p>
      <w:pPr>
        <w:spacing w:after="80"/>
      </w:pPr>
      <w:r>
        <w:rPr>
          <w:b w:val="0"/>
          <w:i w:val="0"/>
          <w:sz w:val="24"/>
        </w:rPr>
        <w:t>Record du 100 m : 9,58 s (Usain Bolt, 2009). Un guépard peut courir à 30 m/s sur de courtes distances.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la vitesse moyenne de Bolt en m/s et en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Combien de temps mettrait le guépard pour parcourir 100 m à 30 m/s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Quand le guépard franchit la ligne, à quelle distance de l'arrivée se trouve Bolt (en supposant sa vitesse constante)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6 · Préparer un trajet ★★★☆☆</w:t>
      </w:r>
    </w:p>
    <w:p>
      <w:pPr>
        <w:spacing w:after="80"/>
      </w:pPr>
      <w:r>
        <w:rPr>
          <w:b w:val="0"/>
          <w:i w:val="0"/>
          <w:sz w:val="24"/>
        </w:rPr>
        <w:t>Données pédagogiques.</w:t>
      </w:r>
    </w:p>
    <w:p>
      <w:pPr>
        <w:spacing w:after="80"/>
      </w:pPr>
      <w:r>
        <w:rPr>
          <w:b w:val="0"/>
          <w:i w:val="0"/>
          <w:sz w:val="24"/>
        </w:rPr>
        <w:t>Un TGV parcourt 450 km en 2 h 15 min. Le même jour, Maël fait 3 km à vélo à 15 km/h pour rejoindre la gare.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Convertis 2 h 15 min en heures.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la vitesse moyenne du TGV.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la durée du trajet à vélo en minutes.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7 · Marcher dans un train ★★★★☆</w:t>
      </w:r>
    </w:p>
    <w:p>
      <w:pPr>
        <w:spacing w:after="80"/>
      </w:pPr>
      <w:r>
        <w:rPr>
          <w:b w:val="0"/>
          <w:i w:val="0"/>
          <w:sz w:val="24"/>
        </w:rPr>
        <w:t>Un train roule en ligne droite à 100 km/h par rapport aux rails. Dans le couloir, Jade marche vers l'avant du train à 5 km/h par rapport au train.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Quelle est la vitesse de Jade par rapport au train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Quelle est sa vitesse par rapport aux rails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Même question si Jade marche vers l'arrière du train.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Quelle est la vitesse du train par rapport à Jade lorsqu'elle est assise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8 · Exploiter un graphique ★★★★☆</w:t>
      </w:r>
    </w:p>
    <w:p>
      <w:pPr>
        <w:spacing w:after="80"/>
      </w:pPr>
      <w:r>
        <w:rPr>
          <w:b w:val="0"/>
          <w:i w:val="0"/>
          <w:sz w:val="24"/>
        </w:rPr>
        <w:t>On a relevé la distance parcourue par un drone en fonction du temps : t (s) : 0 – 2 – 4 – 6 – 8 ; d (m) : 0 – 6 – 12 – 18 – 24.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Trace (ou décris) le graphique d = f(t). Quelle est sa forme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La distance est-elle proportionnelle au temps ? Que peut-on dire de la vitesse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la vitesse du drone en m/s puis en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Quelle distance aura-t-il parcourue au bout de 30 s si son mouvement ne change pas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9 · 16 levers de soleil par jour ★★★★★ (type brevet)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1 — L'ISS</w:t>
      </w:r>
    </w:p>
    <w:p>
      <w:pPr>
        <w:spacing w:after="80"/>
      </w:pPr>
      <w:r>
        <w:rPr>
          <w:b w:val="0"/>
          <w:i w:val="0"/>
          <w:sz w:val="24"/>
        </w:rPr>
        <w:t>La Station spatiale internationale tourne autour de la Terre sur une orbite quasi circulaire, à environ 408 km d'altitude. Elle fait un tour complet en 92,7 min environ.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2 — La Terre</w:t>
      </w:r>
    </w:p>
    <w:p>
      <w:pPr>
        <w:spacing w:after="80"/>
      </w:pPr>
      <w:r>
        <w:rPr>
          <w:b w:val="0"/>
          <w:i w:val="0"/>
          <w:sz w:val="24"/>
        </w:rPr>
        <w:t xml:space="preserve">Rayon de la Terre : 6 371 km. Longueur d'un cercle de rayon R : </w:t>
      </w:r>
      <w:r>
        <w:rPr>
          <w:b w:val="0"/>
          <w:i w:val="0"/>
          <w:sz w:val="24"/>
        </w:rPr>
        <w:t>L = 2π R</w:t>
      </w:r>
      <w:r>
        <w:rPr>
          <w:b w:val="0"/>
          <w:i w:val="0"/>
          <w:sz w:val="24"/>
        </w:rPr>
        <w:t>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3 — Témoignage</w:t>
      </w:r>
    </w:p>
    <w:p>
      <w:pPr>
        <w:spacing w:after="80"/>
      </w:pPr>
      <w:r>
        <w:rPr>
          <w:b w:val="0"/>
          <w:i w:val="0"/>
          <w:sz w:val="24"/>
        </w:rPr>
        <w:t>Un astronaute raconte qu'à bord de l'ISS, il voit le Soleil se lever « environ 16 fois par jour ».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Dans quel référentiel le mouvement de l'ISS est-il circulaire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le rayon de l'orbite de l'ISS, puis la longueur d'un tour.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la vitesse de l'ISS en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Vérifie, par un calcul, le témoignage du document 3. Rédige ta conclusion.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10 · Radar tronçon ★★★★★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1 — Principe</w:t>
      </w:r>
    </w:p>
    <w:p>
      <w:pPr>
        <w:spacing w:after="80"/>
      </w:pPr>
      <w:r>
        <w:rPr>
          <w:b w:val="0"/>
          <w:i w:val="0"/>
          <w:sz w:val="24"/>
        </w:rPr>
        <w:t>Un radar « tronçon » mesure la durée mise par un véhicule pour parcourir une portion de route et en déduit sa vitesse moyenne.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2 — Mesure</w:t>
      </w:r>
    </w:p>
    <w:p>
      <w:pPr>
        <w:spacing w:after="80"/>
      </w:pPr>
      <w:r>
        <w:rPr>
          <w:b w:val="0"/>
          <w:i w:val="0"/>
          <w:sz w:val="24"/>
        </w:rPr>
        <w:t>Situation pédagogique.</w:t>
      </w:r>
    </w:p>
    <w:p>
      <w:pPr>
        <w:spacing w:after="80"/>
      </w:pPr>
      <w:r>
        <w:rPr>
          <w:b w:val="0"/>
          <w:i w:val="0"/>
          <w:sz w:val="24"/>
        </w:rPr>
        <w:t>Longueur du tronçon : 15,4 km. Durée mesurée : 7 min 42 s. Vitesse limitée à 110 km/h.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3 — Marge technique</w:t>
      </w:r>
    </w:p>
    <w:p>
      <w:pPr>
        <w:spacing w:after="80"/>
      </w:pPr>
      <w:r>
        <w:rPr>
          <w:b w:val="0"/>
          <w:i w:val="0"/>
          <w:sz w:val="24"/>
        </w:rPr>
        <w:t>Au-dessus de 100 km/h, on retient une vitesse diminuée de 5 % pour tenir compte de l'imprécision de la mesure.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Convertis la durée en secondes puis en heures.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la vitesse moyenne mesurée en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la vitesse retenue (− 5 %). Le conducteur est-il en infraction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Le conducteur affirme : « j'ai toujours roulé sous 110 km/h ». Est-ce possible ? Argumente.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2 — Décrire un mouvement</w:t>
      </w:r>
    </w:p>
    <w:p>
      <w:pPr>
        <w:pStyle w:val="Title"/>
      </w:pPr>
      <w:r>
        <w:rPr>
          <w:b/>
          <w:i w:val="0"/>
          <w:color w:val="1E3A5F"/>
          <w:sz w:val="40"/>
        </w:rPr>
        <w:t>TP expérimental — Le mouvement d'une bille sur un plan incliné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/>
          <w:i w:val="0"/>
          <w:sz w:val="24"/>
        </w:rPr>
        <w:t xml:space="preserve">Problème : </w:t>
      </w:r>
      <w:r>
        <w:rPr>
          <w:b w:val="0"/>
          <w:i w:val="0"/>
          <w:sz w:val="24"/>
        </w:rPr>
        <w:t>La vitesse d'une bille qui descend une pente est-elle constante ?</w:t>
      </w:r>
    </w:p>
    <w:p>
      <w:r>
        <w:rPr>
          <w:b w:val="0"/>
          <w:i w:val="0"/>
          <w:sz w:val="22"/>
        </w:rPr>
        <w:t>Durée : 55 min · Travail en binôme</w:t>
      </w:r>
    </w:p>
    <w:p>
      <w:pPr>
        <w:pStyle w:val="Heading2"/>
      </w:pPr>
      <w:r>
        <w:rPr>
          <w:b/>
          <w:i w:val="0"/>
          <w:color w:val="1E3A5F"/>
          <w:sz w:val="28"/>
        </w:rPr>
        <w:t>Matériel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gouttière (ou rail) de 1 m graduée tous les 20 cm (ruban adhésif)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bille en acier (Ø ≈ 2 cm)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cale de 5 cm (livres)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chronomètre ou smartphone (mode chronomètre ; option : vidéo au ralenti)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mètre ruban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boîte pour récupérer la bille en bas</w:t>
      </w:r>
    </w:p>
    <w:p>
      <w:pPr>
        <w:pStyle w:val="Heading2"/>
      </w:pPr>
      <w:r>
        <w:rPr>
          <w:b/>
          <w:i w:val="0"/>
          <w:color w:val="1E3A5F"/>
          <w:sz w:val="28"/>
        </w:rPr>
        <w:t>Sécurité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La bille doit être récupérée dans la boîte : une bille au sol fait glisser.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Ne pas lancer la bille ; la lâcher sans vitesse au point 0 cm.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Ranger la gouttière à plat sur la paillasse.</w:t>
      </w:r>
    </w:p>
    <w:p>
      <w:pPr>
        <w:pStyle w:val="Heading2"/>
      </w:pPr>
      <w:r>
        <w:rPr>
          <w:b/>
          <w:i w:val="0"/>
          <w:color w:val="1E3A5F"/>
          <w:sz w:val="28"/>
        </w:rPr>
        <w:t>Protocole</w:t>
      </w:r>
    </w:p>
    <w:p>
      <w:pPr>
        <w:spacing w:after="80"/>
        <w:ind w:left="340"/>
      </w:pPr>
      <w:r>
        <w:t xml:space="preserve">1. </w:t>
      </w:r>
      <w:r>
        <w:rPr>
          <w:b w:val="0"/>
          <w:i w:val="0"/>
          <w:sz w:val="24"/>
        </w:rPr>
        <w:t>Pose une extrémité de la gouttière sur la cale, l'autre sur la paillasse (voir schéma).</w:t>
      </w:r>
    </w:p>
    <w:p>
      <w:pPr>
        <w:spacing w:after="80"/>
        <w:ind w:left="340"/>
      </w:pPr>
      <w:r>
        <w:t xml:space="preserve">2. </w:t>
      </w:r>
      <w:r>
        <w:rPr>
          <w:b w:val="0"/>
          <w:i w:val="0"/>
          <w:sz w:val="24"/>
        </w:rPr>
        <w:t xml:space="preserve">Lâche la bille sans la pousser au repère 0 cm et mesure la durée </w:t>
      </w:r>
      <w:r>
        <w:rPr>
          <w:b w:val="0"/>
          <w:i w:val="0"/>
          <w:sz w:val="24"/>
        </w:rPr>
        <w:t>t</w:t>
      </w:r>
      <w:r>
        <w:rPr>
          <w:b w:val="0"/>
          <w:i w:val="0"/>
          <w:sz w:val="24"/>
        </w:rPr>
        <w:t xml:space="preserve"> pour atteindre le repère 20 cm.</w:t>
      </w:r>
    </w:p>
    <w:p>
      <w:pPr>
        <w:spacing w:after="80"/>
        <w:ind w:left="340"/>
      </w:pPr>
      <w:r>
        <w:t xml:space="preserve">3. </w:t>
      </w:r>
      <w:r>
        <w:rPr>
          <w:b w:val="0"/>
          <w:i w:val="0"/>
          <w:sz w:val="24"/>
        </w:rPr>
        <w:t>Recommence 3 fois et calcule la moyenne.</w:t>
      </w:r>
    </w:p>
    <w:p>
      <w:pPr>
        <w:spacing w:after="80"/>
        <w:ind w:left="340"/>
      </w:pPr>
      <w:r>
        <w:t xml:space="preserve">4. </w:t>
      </w:r>
      <w:r>
        <w:rPr>
          <w:b w:val="0"/>
          <w:i w:val="0"/>
          <w:sz w:val="24"/>
        </w:rPr>
        <w:t>Recommence pour 40 cm, 60 cm et 80 cm (toujours départ à 0 cm).</w:t>
      </w:r>
    </w:p>
    <w:p>
      <w:pPr>
        <w:spacing w:after="80"/>
        <w:ind w:left="340"/>
      </w:pPr>
      <w:r>
        <w:t xml:space="preserve">5. </w:t>
      </w:r>
      <w:r>
        <w:rPr>
          <w:b w:val="0"/>
          <w:i w:val="0"/>
          <w:sz w:val="24"/>
        </w:rPr>
        <w:t>Option smartphone : filme la descente au ralenti et relève les instants de passage aux repères en avançant image par image.</w:t>
      </w:r>
    </w:p>
    <w:p>
      <w:r>
        <w:drawing>
          <wp:inline xmlns:a="http://schemas.openxmlformats.org/drawingml/2006/main" xmlns:pic="http://schemas.openxmlformats.org/drawingml/2006/picture">
            <wp:extent cx="4680000" cy="304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p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04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  <w:color w:val="1E3A5F"/>
          <w:sz w:val="28"/>
        </w:rPr>
        <w:t>Résultats et exploitation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Distance d (m)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t₁ (s)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t₂ (s)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t₃ (s)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t moyen (s)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v moyenne = d / t (m/s)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2"/>
              </w:rPr>
              <w:t>0,20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2"/>
              </w:rPr>
              <w:t>0,40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2"/>
              </w:rPr>
              <w:t>0,60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2"/>
              </w:rPr>
              <w:t>0,80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Pourquoi refait-on chaque mesure trois fois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Calcule la vitesse moyenne de la bille sur chaque distance. Comment évolue-t-elle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Calcule la durée de chaque tronçon de 20 cm (différences entre deux temps moyens). Les durées sont-elles égales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Conclus : quelle est la nature du mouvement de la bille ? Dans quel référentiel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Propose une modification de l'expérience pour que la bille aille plus vite.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