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1 — Atomes, molécules et ions</w:t>
      </w:r>
    </w:p>
    <w:p>
      <w:pPr>
        <w:pStyle w:val="Title"/>
      </w:pPr>
      <w:r>
        <w:rPr>
          <w:b/>
          <w:i w:val="0"/>
          <w:color w:val="1E3A5F"/>
          <w:sz w:val="40"/>
        </w:rPr>
        <w:t>Évaluation — Atomes, molécules et ions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 w:val="0"/>
          <w:i w:val="0"/>
          <w:sz w:val="22"/>
        </w:rPr>
        <w:t>Durée : 45 min · Total : 20 points · Calculatrice autorisée.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Compétence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Questions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MI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MF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TBM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langages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1.1, 1.3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S'approprier des outils et des méthodes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1.2, 1.4, 3.3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démarches scientifiques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2.1, 2.2, 2.3, 3.1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Adopter un comportement éthique et responsable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3.2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pStyle w:val="Heading2"/>
      </w:pPr>
      <w:r>
        <w:rPr>
          <w:b/>
          <w:i w:val="0"/>
          <w:color w:val="1E3A5F"/>
          <w:sz w:val="28"/>
        </w:rPr>
        <w:t>Exercice 1 — L'atome d'oxygène (6 pts)</w:t>
      </w:r>
    </w:p>
    <w:p>
      <w:pPr>
        <w:spacing w:after="80"/>
      </w:pPr>
      <w:r>
        <w:rPr>
          <w:b w:val="0"/>
          <w:i w:val="0"/>
          <w:sz w:val="24"/>
        </w:rPr>
        <w:t>Le noyau d'un atome d'oxygène contient 8 protons et 8 neutrons.</w:t>
      </w:r>
    </w:p>
    <w:p>
      <w:r>
        <w:rPr>
          <w:b/>
          <w:i w:val="0"/>
          <w:sz w:val="24"/>
        </w:rPr>
        <w:t xml:space="preserve">1.1 </w:t>
      </w:r>
      <w:r>
        <w:rPr>
          <w:b w:val="0"/>
          <w:i w:val="0"/>
          <w:sz w:val="24"/>
        </w:rPr>
        <w:t>Combien d'électrons possède cet atome ? Justifie.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1.2 </w:t>
      </w:r>
      <w:r>
        <w:rPr>
          <w:b w:val="0"/>
          <w:i w:val="0"/>
          <w:sz w:val="24"/>
        </w:rPr>
        <w:t>Combien de nucléons contient son noyau ?</w:t>
      </w:r>
      <w:r>
        <w:rPr>
          <w:b w:val="0"/>
          <w:i w:val="0"/>
          <w:color w:val="3D4A5C"/>
          <w:sz w:val="20"/>
        </w:rPr>
        <w:t xml:space="preserve"> (1 pt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1.3 </w:t>
      </w:r>
      <w:r>
        <w:rPr>
          <w:b w:val="0"/>
          <w:i w:val="0"/>
          <w:sz w:val="24"/>
        </w:rPr>
        <w:t>Fais un schéma légendé (noyau, protons, neutrons, électrons) en précisant qu'il n'est pas à l'échelle.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1.4 </w:t>
      </w:r>
      <w:r>
        <w:rPr>
          <w:b w:val="0"/>
          <w:i w:val="0"/>
          <w:sz w:val="24"/>
        </w:rPr>
        <w:t xml:space="preserve">Le diamètre de l'atome est environ </w:t>
      </w:r>
      <w:r>
        <w:rPr>
          <w:b w:val="0"/>
          <w:i w:val="0"/>
          <w:sz w:val="24"/>
        </w:rPr>
        <w:t>10</w:t>
      </w:r>
      <w:r>
        <w:rPr>
          <w:b w:val="0"/>
          <w:i w:val="0"/>
          <w:sz w:val="24"/>
          <w:vertAlign w:val="superscript"/>
        </w:rPr>
        <w:t>-10</w:t>
      </w:r>
      <w:r>
        <w:rPr>
          <w:b w:val="0"/>
          <w:i w:val="0"/>
          <w:sz w:val="24"/>
        </w:rPr>
        <w:t xml:space="preserve"> m et celui du noyau </w:t>
      </w:r>
      <w:r>
        <w:rPr>
          <w:b w:val="0"/>
          <w:i w:val="0"/>
          <w:sz w:val="24"/>
        </w:rPr>
        <w:t>10</w:t>
      </w:r>
      <w:r>
        <w:rPr>
          <w:b w:val="0"/>
          <w:i w:val="0"/>
          <w:sz w:val="24"/>
          <w:vertAlign w:val="superscript"/>
        </w:rPr>
        <w:t>-15</w:t>
      </w:r>
      <w:r>
        <w:rPr>
          <w:b w:val="0"/>
          <w:i w:val="0"/>
          <w:sz w:val="24"/>
        </w:rPr>
        <w:t xml:space="preserve"> m. Combien de fois l'atome est-il plus grand ?</w:t>
      </w:r>
      <w:r>
        <w:rPr>
          <w:b w:val="0"/>
          <w:i w:val="0"/>
          <w:color w:val="3D4A5C"/>
          <w:sz w:val="20"/>
        </w:rPr>
        <w:t xml:space="preserve"> (1 pt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— Les ions du bromure de zinc (7 pts)</w:t>
      </w:r>
    </w:p>
    <w:p>
      <w:pPr>
        <w:spacing w:after="80"/>
      </w:pPr>
      <w:r>
        <w:rPr>
          <w:b w:val="0"/>
          <w:i w:val="0"/>
          <w:sz w:val="24"/>
        </w:rPr>
        <w:t>Données : zinc Zn (Z = 30), brome Br (Z = 35). Le bromure de zinc contient des ions Zn</w:t>
      </w:r>
      <w:r>
        <w:rPr>
          <w:b w:val="0"/>
          <w:i w:val="0"/>
          <w:sz w:val="24"/>
          <w:vertAlign w:val="superscript"/>
        </w:rPr>
        <w:t>2+</w:t>
      </w:r>
      <w:r>
        <w:rPr>
          <w:b w:val="0"/>
          <w:i w:val="0"/>
          <w:sz w:val="24"/>
        </w:rPr>
        <w:t xml:space="preserve"> et Br</w:t>
      </w:r>
      <w:r>
        <w:rPr>
          <w:b w:val="0"/>
          <w:i w:val="0"/>
          <w:sz w:val="24"/>
          <w:vertAlign w:val="superscript"/>
        </w:rPr>
        <w:t>−</w:t>
      </w:r>
      <w:r>
        <w:rPr>
          <w:b w:val="0"/>
          <w:i w:val="0"/>
          <w:sz w:val="24"/>
        </w:rPr>
        <w:t>.</w:t>
      </w:r>
    </w:p>
    <w:p>
      <w:r>
        <w:rPr>
          <w:b/>
          <w:i w:val="0"/>
          <w:sz w:val="24"/>
        </w:rPr>
        <w:t xml:space="preserve">2.1 </w:t>
      </w:r>
      <w:r>
        <w:rPr>
          <w:b w:val="0"/>
          <w:i w:val="0"/>
          <w:sz w:val="24"/>
        </w:rPr>
        <w:t>L'ion Zn</w:t>
      </w:r>
      <w:r>
        <w:rPr>
          <w:b w:val="0"/>
          <w:i w:val="0"/>
          <w:sz w:val="24"/>
          <w:vertAlign w:val="superscript"/>
        </w:rPr>
        <w:t>2+</w:t>
      </w:r>
      <w:r>
        <w:rPr>
          <w:b w:val="0"/>
          <w:i w:val="0"/>
          <w:sz w:val="24"/>
        </w:rPr>
        <w:t xml:space="preserve"> est-il un cation ou un anion ? Combien d'électrons possède-t-il ?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2.2 </w:t>
      </w:r>
      <w:r>
        <w:rPr>
          <w:b w:val="0"/>
          <w:i w:val="0"/>
          <w:sz w:val="24"/>
        </w:rPr>
        <w:t>Combien d'électrons possède l'ion Br</w:t>
      </w:r>
      <w:r>
        <w:rPr>
          <w:b w:val="0"/>
          <w:i w:val="0"/>
          <w:sz w:val="24"/>
          <w:vertAlign w:val="superscript"/>
        </w:rPr>
        <w:t>−</w:t>
      </w:r>
      <w:r>
        <w:rPr>
          <w:b w:val="0"/>
          <w:i w:val="0"/>
          <w:sz w:val="24"/>
        </w:rPr>
        <w:t xml:space="preserve"> ? Justifie par un calcul.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2.3 </w:t>
      </w:r>
      <w:r>
        <w:rPr>
          <w:b w:val="0"/>
          <w:i w:val="0"/>
          <w:sz w:val="24"/>
        </w:rPr>
        <w:t>Écris la formule du bromure de zinc. Justifie avec la neutralité électrique.</w:t>
      </w:r>
      <w:r>
        <w:rPr>
          <w:b w:val="0"/>
          <w:i w:val="0"/>
          <w:color w:val="3D4A5C"/>
          <w:sz w:val="20"/>
        </w:rPr>
        <w:t xml:space="preserve"> (3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— Une solution mystère et un fil de cuivre (7 pts)</w:t>
      </w:r>
    </w:p>
    <w:p>
      <w:pPr>
        <w:spacing w:after="80"/>
      </w:pPr>
      <w:r>
        <w:rPr>
          <w:b w:val="0"/>
          <w:i w:val="0"/>
          <w:sz w:val="24"/>
        </w:rPr>
        <w:t xml:space="preserve">On teste une solution bleue : avec la soude → précipité </w:t>
      </w:r>
      <w:r>
        <w:rPr>
          <w:b/>
          <w:i w:val="0"/>
          <w:sz w:val="24"/>
        </w:rPr>
        <w:t>bleu</w:t>
      </w:r>
      <w:r>
        <w:rPr>
          <w:b w:val="0"/>
          <w:i w:val="0"/>
          <w:sz w:val="24"/>
        </w:rPr>
        <w:t xml:space="preserve"> ; avec le nitrate d'argent → précipité </w:t>
      </w:r>
      <w:r>
        <w:rPr>
          <w:b/>
          <w:i w:val="0"/>
          <w:sz w:val="24"/>
        </w:rPr>
        <w:t>blanc qui noircit</w:t>
      </w:r>
      <w:r>
        <w:rPr>
          <w:b w:val="0"/>
          <w:i w:val="0"/>
          <w:sz w:val="24"/>
        </w:rPr>
        <w:t xml:space="preserve"> à la lumière.</w:t>
      </w:r>
    </w:p>
    <w:p>
      <w:pPr>
        <w:spacing w:after="80"/>
      </w:pPr>
      <w:r>
        <w:rPr>
          <w:b w:val="0"/>
          <w:i w:val="0"/>
          <w:sz w:val="24"/>
        </w:rPr>
        <w:t xml:space="preserve">Le diamètre d'un atome de cuivre vaut environ </w:t>
      </w:r>
      <w:r>
        <w:rPr>
          <w:b w:val="0"/>
          <w:i w:val="0"/>
          <w:sz w:val="24"/>
        </w:rPr>
        <w:t>2,56×10</w:t>
      </w:r>
      <w:r>
        <w:rPr>
          <w:b w:val="0"/>
          <w:i w:val="0"/>
          <w:sz w:val="24"/>
          <w:vertAlign w:val="superscript"/>
        </w:rPr>
        <w:t>-10</w:t>
      </w:r>
      <w:r>
        <w:rPr>
          <w:b w:val="0"/>
          <w:i w:val="0"/>
          <w:sz w:val="24"/>
        </w:rPr>
        <w:t xml:space="preserve"> m. Un fil électrique en cuivre a un diamètre de 1,0 mm.</w:t>
      </w:r>
    </w:p>
    <w:p>
      <w:r>
        <w:rPr>
          <w:b/>
          <w:i w:val="0"/>
          <w:sz w:val="24"/>
        </w:rPr>
        <w:t xml:space="preserve">3.1 </w:t>
      </w:r>
      <w:r>
        <w:rPr>
          <w:b w:val="0"/>
          <w:i w:val="0"/>
          <w:sz w:val="24"/>
        </w:rPr>
        <w:t>Quels ions contient cette solution ? Propose sa formule.</w:t>
      </w:r>
      <w:r>
        <w:rPr>
          <w:b w:val="0"/>
          <w:i w:val="0"/>
          <w:color w:val="3D4A5C"/>
          <w:sz w:val="20"/>
        </w:rPr>
        <w:t xml:space="preserve"> (3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3.2 </w:t>
      </w:r>
      <w:r>
        <w:rPr>
          <w:b w:val="0"/>
          <w:i w:val="0"/>
          <w:sz w:val="24"/>
        </w:rPr>
        <w:t>Quelle précaution de sécurité prends-tu avec le nitrate d'argent ?</w:t>
      </w:r>
      <w:r>
        <w:rPr>
          <w:b w:val="0"/>
          <w:i w:val="0"/>
          <w:color w:val="3D4A5C"/>
          <w:sz w:val="20"/>
        </w:rPr>
        <w:t xml:space="preserve"> (1 pt · Adopter un comportement éthique et responsable)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3.3 </w:t>
      </w:r>
      <w:r>
        <w:rPr>
          <w:b w:val="0"/>
          <w:i w:val="0"/>
          <w:sz w:val="24"/>
        </w:rPr>
        <w:t>Calcule le nombre d'atomes de cuivre alignés sur le diamètre du fil. Donne le résultat en écriture scientifique.</w:t>
      </w:r>
      <w:r>
        <w:rPr>
          <w:b w:val="0"/>
          <w:i w:val="0"/>
          <w:color w:val="3D4A5C"/>
          <w:sz w:val="20"/>
        </w:rPr>
        <w:t xml:space="preserve"> (3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