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1 — Atomes, molécules et ions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Comment a-t-on découvert l'intérieur de l'atome ?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 xml:space="preserve">Depuis l'Antiquité, on se demande de quoi est faite la matière. Il a fallu plus de 2 000 ans et des expériences très astucieuses pour </w:t>
      </w:r>
      <w:r>
        <w:rPr>
          <w:b/>
          <w:i w:val="0"/>
          <w:sz w:val="24"/>
        </w:rPr>
        <w:t>voir à l'intérieur de l'atome</w:t>
      </w:r>
      <w:r>
        <w:rPr>
          <w:b w:val="0"/>
          <w:i w:val="0"/>
          <w:sz w:val="24"/>
        </w:rPr>
        <w:t>. Lis les documents puis réponds aux questions.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Démocrite, l'idée d'atome</w:t>
      </w:r>
    </w:p>
    <w:p>
      <w:pPr>
        <w:spacing w:after="80"/>
      </w:pPr>
      <w:r>
        <w:rPr>
          <w:b w:val="0"/>
          <w:i w:val="0"/>
          <w:sz w:val="24"/>
        </w:rPr>
        <w:t xml:space="preserve">Vers 400 av. J.-C., le philosophe grec </w:t>
      </w:r>
      <w:r>
        <w:rPr>
          <w:b/>
          <w:i w:val="0"/>
          <w:sz w:val="24"/>
        </w:rPr>
        <w:t>Démocrite</w:t>
      </w:r>
      <w:r>
        <w:rPr>
          <w:b w:val="0"/>
          <w:i w:val="0"/>
          <w:sz w:val="24"/>
        </w:rPr>
        <w:t xml:space="preserve"> imagine que la matière est formée de grains minuscules et </w:t>
      </w:r>
      <w:r>
        <w:rPr>
          <w:b/>
          <w:i w:val="0"/>
          <w:sz w:val="24"/>
        </w:rPr>
        <w:t>insécables</w:t>
      </w:r>
      <w:r>
        <w:rPr>
          <w:b w:val="0"/>
          <w:i w:val="0"/>
          <w:sz w:val="24"/>
        </w:rPr>
        <w:t xml:space="preserve">, qu'il appelle </w:t>
      </w:r>
      <w:r>
        <w:rPr>
          <w:b w:val="0"/>
          <w:i/>
          <w:sz w:val="24"/>
        </w:rPr>
        <w:t>atomos</w:t>
      </w:r>
      <w:r>
        <w:rPr>
          <w:b w:val="0"/>
          <w:i w:val="0"/>
          <w:sz w:val="24"/>
        </w:rPr>
        <w:t xml:space="preserve"> (« qu'on ne peut pas couper »). C'est une idée, sans aucune expérience pour la vérifier.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2 — Thomson et l'électron (1897)</w:t>
      </w:r>
    </w:p>
    <w:p>
      <w:pPr>
        <w:spacing w:after="80"/>
      </w:pPr>
      <w:r>
        <w:rPr>
          <w:b w:val="0"/>
          <w:i w:val="0"/>
          <w:sz w:val="24"/>
        </w:rPr>
        <w:t xml:space="preserve">Le physicien anglais </w:t>
      </w:r>
      <w:r>
        <w:rPr>
          <w:b/>
          <w:i w:val="0"/>
          <w:sz w:val="24"/>
        </w:rPr>
        <w:t>J. J. Thomson</w:t>
      </w:r>
      <w:r>
        <w:rPr>
          <w:b w:val="0"/>
          <w:i w:val="0"/>
          <w:sz w:val="24"/>
        </w:rPr>
        <w:t xml:space="preserve"> montre que tous les atomes contiennent de minuscules particules chargées </w:t>
      </w:r>
      <w:r>
        <w:rPr>
          <w:b/>
          <w:i w:val="0"/>
          <w:sz w:val="24"/>
        </w:rPr>
        <w:t>négativement</w:t>
      </w:r>
      <w:r>
        <w:rPr>
          <w:b w:val="0"/>
          <w:i w:val="0"/>
          <w:sz w:val="24"/>
        </w:rPr>
        <w:t xml:space="preserve"> : les </w:t>
      </w:r>
      <w:r>
        <w:rPr>
          <w:b/>
          <w:i w:val="0"/>
          <w:sz w:val="24"/>
        </w:rPr>
        <w:t>électrons</w:t>
      </w:r>
      <w:r>
        <w:rPr>
          <w:b w:val="0"/>
          <w:i w:val="0"/>
          <w:sz w:val="24"/>
        </w:rPr>
        <w:t>. Comme un atome est électriquement neutre, il imagine l'atome comme une boule de matière positive dans laquelle les électrons sont dispersés « comme des raisins dans un pudding ».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Rutherford et la feuille d'or (1909-1911)</w:t>
      </w:r>
    </w:p>
    <w:p>
      <w:pPr>
        <w:spacing w:after="80"/>
      </w:pPr>
      <w:r>
        <w:rPr>
          <w:b w:val="0"/>
          <w:i w:val="0"/>
          <w:sz w:val="24"/>
        </w:rPr>
        <w:t>L'équipe d'</w:t>
      </w:r>
      <w:r>
        <w:rPr>
          <w:b/>
          <w:i w:val="0"/>
          <w:sz w:val="24"/>
        </w:rPr>
        <w:t>Ernest Rutherford</w:t>
      </w:r>
      <w:r>
        <w:rPr>
          <w:b w:val="0"/>
          <w:i w:val="0"/>
          <w:sz w:val="24"/>
        </w:rPr>
        <w:t xml:space="preserve"> bombarde une feuille d'or très fine (épaisseur ≈ 0,1 µm) avec des particules α, chargées positivement. Résultats :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 xml:space="preserve">presque toutes les particules </w:t>
      </w:r>
      <w:r>
        <w:rPr>
          <w:b/>
          <w:i w:val="0"/>
          <w:sz w:val="24"/>
        </w:rPr>
        <w:t>traversent</w:t>
      </w:r>
      <w:r>
        <w:rPr>
          <w:b w:val="0"/>
          <w:i w:val="0"/>
          <w:sz w:val="24"/>
        </w:rPr>
        <w:t xml:space="preserve"> la feuille sans être déviées ;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 xml:space="preserve">quelques-unes sont </w:t>
      </w:r>
      <w:r>
        <w:rPr>
          <w:b/>
          <w:i w:val="0"/>
          <w:sz w:val="24"/>
        </w:rPr>
        <w:t>fortement déviées</w:t>
      </w:r>
      <w:r>
        <w:rPr>
          <w:b w:val="0"/>
          <w:i w:val="0"/>
          <w:sz w:val="24"/>
        </w:rPr>
        <w:t xml:space="preserve">, et de très rares </w:t>
      </w:r>
      <w:r>
        <w:rPr>
          <w:b/>
          <w:i w:val="0"/>
          <w:sz w:val="24"/>
        </w:rPr>
        <w:t>rebondissent</w:t>
      </w:r>
      <w:r>
        <w:rPr>
          <w:b w:val="0"/>
          <w:i w:val="0"/>
          <w:sz w:val="24"/>
        </w:rPr>
        <w:t>.</w:t>
      </w:r>
    </w:p>
    <w:p>
      <w:pPr>
        <w:spacing w:after="80"/>
      </w:pPr>
      <w:r>
        <w:rPr>
          <w:b w:val="0"/>
          <w:i w:val="0"/>
          <w:sz w:val="24"/>
        </w:rPr>
        <w:t xml:space="preserve">Rutherford en conclut que l'atome est surtout constitué de </w:t>
      </w:r>
      <w:r>
        <w:rPr>
          <w:b/>
          <w:i w:val="0"/>
          <w:sz w:val="24"/>
        </w:rPr>
        <w:t>vide</w:t>
      </w:r>
      <w:r>
        <w:rPr>
          <w:b w:val="0"/>
          <w:i w:val="0"/>
          <w:sz w:val="24"/>
        </w:rPr>
        <w:t xml:space="preserve">, avec en son centre un </w:t>
      </w:r>
      <w:r>
        <w:rPr>
          <w:b/>
          <w:i w:val="0"/>
          <w:sz w:val="24"/>
        </w:rPr>
        <w:t>noyau</w:t>
      </w:r>
      <w:r>
        <w:rPr>
          <w:b w:val="0"/>
          <w:i w:val="0"/>
          <w:sz w:val="24"/>
        </w:rPr>
        <w:t xml:space="preserve"> minuscule, chargé positivement, qui concentre presque toute la masse. Plus tard, on découvrira que ce noyau contient des </w:t>
      </w:r>
      <w:r>
        <w:rPr>
          <w:b/>
          <w:i w:val="0"/>
          <w:sz w:val="24"/>
        </w:rPr>
        <w:t>protons</w:t>
      </w:r>
      <w:r>
        <w:rPr>
          <w:b w:val="0"/>
          <w:i w:val="0"/>
          <w:sz w:val="24"/>
        </w:rPr>
        <w:t xml:space="preserve"> (positifs) et des </w:t>
      </w:r>
      <w:r>
        <w:rPr>
          <w:b/>
          <w:i w:val="0"/>
          <w:sz w:val="24"/>
        </w:rPr>
        <w:t>neutrons</w:t>
      </w:r>
      <w:r>
        <w:rPr>
          <w:b w:val="0"/>
          <w:i w:val="0"/>
          <w:sz w:val="24"/>
        </w:rPr>
        <w:t xml:space="preserve"> (neutres, découverts par Chadwick en 1932).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4 — Ordres de grandeur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Objet</w:t>
            </w:r>
          </w:p>
        </w:tc>
        <w:tc>
          <w:tcPr>
            <w:tcW w:type="dxa" w:w="51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Taille (diamètre)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>Atome</w:t>
            </w:r>
          </w:p>
        </w:tc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 xml:space="preserve">environ </w:t>
            </w:r>
            <w:r>
              <w:rPr>
                <w:b w:val="0"/>
                <w:i w:val="0"/>
                <w:sz w:val="22"/>
              </w:rPr>
              <w:t>10</w:t>
            </w:r>
            <w:r>
              <w:rPr>
                <w:b w:val="0"/>
                <w:i w:val="0"/>
                <w:sz w:val="22"/>
                <w:vertAlign w:val="superscript"/>
              </w:rPr>
              <w:t>-10</w:t>
            </w:r>
            <w:r>
              <w:rPr>
                <w:b w:val="0"/>
                <w:i w:val="0"/>
                <w:sz w:val="22"/>
              </w:rPr>
              <w:t xml:space="preserve"> m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>Noyau</w:t>
            </w:r>
          </w:p>
        </w:tc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 xml:space="preserve">environ </w:t>
            </w:r>
            <w:r>
              <w:rPr>
                <w:b w:val="0"/>
                <w:i w:val="0"/>
                <w:sz w:val="22"/>
              </w:rPr>
              <w:t>10</w:t>
            </w:r>
            <w:r>
              <w:rPr>
                <w:b w:val="0"/>
                <w:i w:val="0"/>
                <w:sz w:val="22"/>
                <w:vertAlign w:val="superscript"/>
              </w:rPr>
              <w:t>-15</w:t>
            </w:r>
            <w:r>
              <w:rPr>
                <w:b w:val="0"/>
                <w:i w:val="0"/>
                <w:sz w:val="22"/>
              </w:rPr>
              <w:t xml:space="preserve"> m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>Cheveu</w:t>
            </w:r>
          </w:p>
        </w:tc>
        <w:tc>
          <w:tcPr>
            <w:tcW w:type="dxa" w:w="5100"/>
          </w:tcPr>
          <w:p>
            <w:r>
              <w:rPr>
                <w:b w:val="0"/>
                <w:i w:val="0"/>
                <w:sz w:val="22"/>
              </w:rPr>
              <w:t xml:space="preserve">environ </w:t>
            </w:r>
            <w:r>
              <w:rPr>
                <w:b w:val="0"/>
                <w:i w:val="0"/>
                <w:sz w:val="22"/>
              </w:rPr>
              <w:t>8×10</w:t>
            </w:r>
            <w:r>
              <w:rPr>
                <w:b w:val="0"/>
                <w:i w:val="0"/>
                <w:sz w:val="22"/>
                <w:vertAlign w:val="superscript"/>
              </w:rPr>
              <w:t>-5</w:t>
            </w:r>
            <w:r>
              <w:rPr>
                <w:b w:val="0"/>
                <w:i w:val="0"/>
                <w:sz w:val="22"/>
              </w:rPr>
              <w:t xml:space="preserve"> m</w:t>
            </w:r>
          </w:p>
        </w:tc>
      </w:tr>
    </w:tbl>
    <w:p/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D'où vient le mot « atome » ? Que pensait Démocrite de l'atome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Quelle particule Thomson a-t-il découverte ? Quel est le signe de sa charge électrique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 xml:space="preserve">Pourquoi Thomson devait-il placer de la matière </w:t>
      </w:r>
      <w:r>
        <w:rPr>
          <w:b/>
          <w:i w:val="0"/>
          <w:sz w:val="24"/>
        </w:rPr>
        <w:t>positive</w:t>
      </w:r>
      <w:r>
        <w:rPr>
          <w:b w:val="0"/>
          <w:i w:val="0"/>
          <w:sz w:val="24"/>
        </w:rPr>
        <w:t xml:space="preserve"> dans son modèle d'atome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 xml:space="preserve">Expérience de Rutherford : quel résultat montre que l'atome est surtout fait de </w:t>
      </w:r>
      <w:r>
        <w:rPr>
          <w:b/>
          <w:i w:val="0"/>
          <w:sz w:val="24"/>
        </w:rPr>
        <w:t>vide</w:t>
      </w:r>
      <w:r>
        <w:rPr>
          <w:b w:val="0"/>
          <w:i w:val="0"/>
          <w:sz w:val="24"/>
        </w:rPr>
        <w:t xml:space="preserve"> ? Quel résultat montre l'existence d'un </w:t>
      </w:r>
      <w:r>
        <w:rPr>
          <w:b/>
          <w:i w:val="0"/>
          <w:sz w:val="24"/>
        </w:rPr>
        <w:t>noyau</w:t>
      </w:r>
      <w:r>
        <w:rPr>
          <w:b w:val="0"/>
          <w:i w:val="0"/>
          <w:sz w:val="24"/>
        </w:rPr>
        <w:t xml:space="preserve">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À l'aide du document 4, calcule combien de fois l'atome est plus grand que son noyau.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6. </w:t>
      </w:r>
      <w:r>
        <w:rPr>
          <w:b w:val="0"/>
          <w:i w:val="0"/>
          <w:sz w:val="24"/>
        </w:rPr>
        <w:t>Fais un schéma légendé de l'atome selon le modèle de Rutherford (noyau, électrons, vide).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7. </w:t>
      </w:r>
      <w:r>
        <w:rPr>
          <w:b w:val="0"/>
          <w:i w:val="0"/>
          <w:sz w:val="24"/>
        </w:rPr>
        <w:t>Rédige en 3 à 4 lignes : « Comment le modèle de l'atome a-t-il changé entre Démocrite et Rutherford ? »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1 — Atomes, molécules et ions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Les constituants de l'atome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Complète en t'aidant du cours (partie 1). </w:t>
      </w:r>
      <w:r>
        <w:rPr>
          <w:b w:val="0"/>
          <w:i w:val="0"/>
          <w:sz w:val="24"/>
        </w:rPr>
        <w:t>Aide : le noyau est au centre ; les électrons tournent autour.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 noyau contient des …………… (charge +) et des …………… (charge nulle).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Autour du noyau se déplacent des …………… (charge −).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Dans un atome, le nombre de protons est …………… au nombre d'électrons : l'atome est donc ……………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Lire une formule chimique — Premiers pas</w:t>
      </w:r>
    </w:p>
    <w:p>
      <w:pPr>
        <w:spacing w:after="80"/>
      </w:pPr>
      <w:r>
        <w:rPr>
          <w:b w:val="0"/>
          <w:i w:val="0"/>
          <w:sz w:val="24"/>
        </w:rPr>
        <w:t>La molécule de dioxyde de carbone a pour formule CO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. </w:t>
      </w:r>
      <w:r>
        <w:rPr>
          <w:b w:val="0"/>
          <w:i w:val="0"/>
          <w:sz w:val="24"/>
        </w:rPr>
        <w:t>Aide : le petit chiffre en bas à droite d'un symbole donne le nombre d'atomes de ce symbole ; s'il n'y a pas de chiffre, il y a 1 atome.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Quels symboles d'atomes vois-tu ? Donne le nom de chaque atome.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Combien y a-t-il d'atomes de carbone ? d'atomes d'oxygène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Combien d'atomes en tout dans une molécule de CO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Trouver la charge d'un ion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 ion magnésium possède </w:t>
      </w:r>
      <w:r>
        <w:rPr>
          <w:b/>
          <w:i w:val="0"/>
          <w:sz w:val="24"/>
        </w:rPr>
        <w:t>12 protons</w:t>
      </w:r>
      <w:r>
        <w:rPr>
          <w:b w:val="0"/>
          <w:i w:val="0"/>
          <w:sz w:val="24"/>
        </w:rPr>
        <w:t xml:space="preserve"> et </w:t>
      </w:r>
      <w:r>
        <w:rPr>
          <w:b/>
          <w:i w:val="0"/>
          <w:sz w:val="24"/>
        </w:rPr>
        <w:t>10 électrons</w:t>
      </w:r>
      <w:r>
        <w:rPr>
          <w:b w:val="0"/>
          <w:i w:val="0"/>
          <w:sz w:val="24"/>
        </w:rPr>
        <w:t xml:space="preserve">. </w:t>
      </w:r>
      <w:r>
        <w:rPr>
          <w:b w:val="0"/>
          <w:i w:val="0"/>
          <w:sz w:val="24"/>
        </w:rPr>
        <w:t>Aide : charge = (nombre de protons − nombre d'électrons) × 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: 12 − 10 = ……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 charge est-elle positive ou négative ? L'ion est-il un cation ou un anion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Combien d'électrons l'atome a-t-il perdus ? Écris la formule de l'ion (symbole Mg).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Vrai ou faux ? ★☆☆☆☆</w:t>
      </w:r>
    </w:p>
    <w:p>
      <w:pPr>
        <w:spacing w:after="80"/>
      </w:pPr>
      <w:r>
        <w:rPr>
          <w:b w:val="0"/>
          <w:i w:val="0"/>
          <w:sz w:val="24"/>
        </w:rPr>
        <w:t xml:space="preserve">Indique si chaque affirmation est vraie ou fausse, puis </w:t>
      </w:r>
      <w:r>
        <w:rPr>
          <w:b/>
          <w:i w:val="0"/>
          <w:sz w:val="24"/>
        </w:rPr>
        <w:t>corrige</w:t>
      </w:r>
      <w:r>
        <w:rPr>
          <w:b w:val="0"/>
          <w:i w:val="0"/>
          <w:sz w:val="24"/>
        </w:rPr>
        <w:t xml:space="preserve"> les affirmations fausses.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Les neutrons sont chargés négativement.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 noyau contient presque toute la masse de l'atome.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Un anion a perdu des électrons.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Tous les atomes de carbone ont 6 protons.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Composition de quelques atomes ★☆☆☆☆</w:t>
      </w:r>
    </w:p>
    <w:p>
      <w:pPr>
        <w:spacing w:after="80"/>
      </w:pPr>
      <w:r>
        <w:rPr>
          <w:b w:val="0"/>
          <w:i w:val="0"/>
          <w:sz w:val="24"/>
        </w:rPr>
        <w:t>Recopie et complète le tableau.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Atome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Z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Protons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Électrons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Hydrogène H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Carbone C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6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Oxygène O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8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Sodium Na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11</w:t>
            </w:r>
          </w:p>
        </w:tc>
      </w:tr>
    </w:tbl>
    <w:p/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Complète le tableau.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Explique pourquoi les colonnes « protons » et « électrons » sont identiques.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Atome ou ion ? ★★☆☆☆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Entité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Protons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Électrons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A (chlore)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17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18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B (calcium)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20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18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C (aluminium)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13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10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D (oxygène)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8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10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E (néon)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10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10</w:t>
            </w:r>
          </w:p>
        </w:tc>
      </w:tr>
    </w:tbl>
    <w:p/>
    <w:p>
      <w:pPr>
        <w:spacing w:after="80"/>
      </w:pPr>
      <w:r>
        <w:rPr>
          <w:b w:val="0"/>
          <w:i w:val="0"/>
          <w:sz w:val="24"/>
        </w:rPr>
        <w:t>Symboles : Cl, Ca, Al, O, Ne.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 xml:space="preserve">Pour chaque entité, calcule la charge (en </w:t>
      </w:r>
      <w:r>
        <w:rPr>
          <w:b w:val="0"/>
          <w:i w:val="0"/>
          <w:sz w:val="24"/>
        </w:rPr>
        <w:t>e</w:t>
      </w:r>
      <w:r>
        <w:rPr>
          <w:b w:val="0"/>
          <w:i w:val="0"/>
          <w:sz w:val="24"/>
        </w:rPr>
        <w:t>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Précise s'il s'agit d'un atome, d'un cation ou d'un anion.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Écris la formule de chaque entité.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Des molécules du quotidien ★★☆☆☆</w:t>
      </w:r>
    </w:p>
    <w:p>
      <w:pPr>
        <w:spacing w:after="80"/>
      </w:pPr>
      <w:r>
        <w:rPr>
          <w:b w:val="0"/>
          <w:i w:val="0"/>
          <w:sz w:val="24"/>
        </w:rPr>
        <w:t>Glucose : C</w:t>
      </w:r>
      <w:r>
        <w:rPr>
          <w:b w:val="0"/>
          <w:i w:val="0"/>
          <w:sz w:val="24"/>
          <w:vertAlign w:val="subscript"/>
        </w:rPr>
        <w:t>6</w:t>
      </w: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12</w:t>
      </w:r>
      <w:r>
        <w:rPr>
          <w:b w:val="0"/>
          <w:i w:val="0"/>
          <w:sz w:val="24"/>
        </w:rPr>
        <w:t>O</w:t>
      </w:r>
      <w:r>
        <w:rPr>
          <w:b w:val="0"/>
          <w:i w:val="0"/>
          <w:sz w:val="24"/>
          <w:vertAlign w:val="subscript"/>
        </w:rPr>
        <w:t>6</w:t>
      </w:r>
      <w:r>
        <w:rPr>
          <w:b w:val="0"/>
          <w:i w:val="0"/>
          <w:sz w:val="24"/>
        </w:rPr>
        <w:t xml:space="preserve"> · Butane (briquet) : C</w:t>
      </w:r>
      <w:r>
        <w:rPr>
          <w:b w:val="0"/>
          <w:i w:val="0"/>
          <w:sz w:val="24"/>
          <w:vertAlign w:val="subscript"/>
        </w:rPr>
        <w:t>4</w:t>
      </w: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10</w:t>
      </w:r>
      <w:r>
        <w:rPr>
          <w:b w:val="0"/>
          <w:i w:val="0"/>
          <w:sz w:val="24"/>
        </w:rPr>
        <w:t xml:space="preserve"> · Caféine : C</w:t>
      </w:r>
      <w:r>
        <w:rPr>
          <w:b w:val="0"/>
          <w:i w:val="0"/>
          <w:sz w:val="24"/>
          <w:vertAlign w:val="subscript"/>
        </w:rPr>
        <w:t>8</w:t>
      </w: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10</w:t>
      </w:r>
      <w:r>
        <w:rPr>
          <w:b w:val="0"/>
          <w:i w:val="0"/>
          <w:sz w:val="24"/>
        </w:rPr>
        <w:t>N</w:t>
      </w:r>
      <w:r>
        <w:rPr>
          <w:b w:val="0"/>
          <w:i w:val="0"/>
          <w:sz w:val="24"/>
          <w:vertAlign w:val="subscript"/>
        </w:rPr>
        <w:t>4</w:t>
      </w:r>
      <w:r>
        <w:rPr>
          <w:b w:val="0"/>
          <w:i w:val="0"/>
          <w:sz w:val="24"/>
        </w:rPr>
        <w:t>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>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Donne la composition (nombre d'atomes de chaque sorte) de chaque molécule.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le nombre total d'atomes de chaque molécule.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représente l'écriture « 3 C</w:t>
      </w:r>
      <w:r>
        <w:rPr>
          <w:b w:val="0"/>
          <w:i w:val="0"/>
          <w:sz w:val="24"/>
          <w:vertAlign w:val="subscript"/>
        </w:rPr>
        <w:t>4</w:t>
      </w: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10</w:t>
      </w:r>
      <w:r>
        <w:rPr>
          <w:b w:val="0"/>
          <w:i w:val="0"/>
          <w:sz w:val="24"/>
        </w:rPr>
        <w:t xml:space="preserve"> » ? Combien d'atomes de carbone contient-elle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Des solutions électriquement neutres ★★★☆☆</w:t>
      </w:r>
    </w:p>
    <w:p>
      <w:pPr>
        <w:spacing w:after="80"/>
      </w:pPr>
      <w:r>
        <w:rPr>
          <w:b w:val="0"/>
          <w:i w:val="0"/>
          <w:sz w:val="24"/>
        </w:rPr>
        <w:t>Une solution est électriquement neutre. Le chlorure de sodium s'écrit NaCl car un ion Na</w:t>
      </w:r>
      <w:r>
        <w:rPr>
          <w:b w:val="0"/>
          <w:i w:val="0"/>
          <w:sz w:val="24"/>
          <w:vertAlign w:val="superscript"/>
        </w:rPr>
        <w:t>+</w:t>
      </w:r>
      <w:r>
        <w:rPr>
          <w:b w:val="0"/>
          <w:i w:val="0"/>
          <w:sz w:val="24"/>
        </w:rPr>
        <w:t xml:space="preserve"> compense un ion Cl</w:t>
      </w:r>
      <w:r>
        <w:rPr>
          <w:b w:val="0"/>
          <w:i w:val="0"/>
          <w:sz w:val="24"/>
          <w:vertAlign w:val="superscript"/>
        </w:rPr>
        <w:t>−</w:t>
      </w:r>
      <w:r>
        <w:rPr>
          <w:b w:val="0"/>
          <w:i w:val="0"/>
          <w:sz w:val="24"/>
        </w:rPr>
        <w:t>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Écris la formule du chlorure de calcium (ions Ca</w:t>
      </w:r>
      <w:r>
        <w:rPr>
          <w:b w:val="0"/>
          <w:i w:val="0"/>
          <w:sz w:val="24"/>
          <w:vertAlign w:val="superscript"/>
        </w:rPr>
        <w:t>2+</w:t>
      </w:r>
      <w:r>
        <w:rPr>
          <w:b w:val="0"/>
          <w:i w:val="0"/>
          <w:sz w:val="24"/>
        </w:rPr>
        <w:t xml:space="preserve"> et Cl</w:t>
      </w:r>
      <w:r>
        <w:rPr>
          <w:b w:val="0"/>
          <w:i w:val="0"/>
          <w:sz w:val="24"/>
          <w:vertAlign w:val="superscript"/>
        </w:rPr>
        <w:t>−</w:t>
      </w:r>
      <w:r>
        <w:rPr>
          <w:b w:val="0"/>
          <w:i w:val="0"/>
          <w:sz w:val="24"/>
        </w:rPr>
        <w:t>).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Écris la formule du chlorure de fer III (ions Fe</w:t>
      </w:r>
      <w:r>
        <w:rPr>
          <w:b w:val="0"/>
          <w:i w:val="0"/>
          <w:sz w:val="24"/>
          <w:vertAlign w:val="superscript"/>
        </w:rPr>
        <w:t>3+</w:t>
      </w:r>
      <w:r>
        <w:rPr>
          <w:b w:val="0"/>
          <w:i w:val="0"/>
          <w:sz w:val="24"/>
        </w:rPr>
        <w:t xml:space="preserve"> et Cl</w:t>
      </w:r>
      <w:r>
        <w:rPr>
          <w:b w:val="0"/>
          <w:i w:val="0"/>
          <w:sz w:val="24"/>
          <w:vertAlign w:val="superscript"/>
        </w:rPr>
        <w:t>−</w:t>
      </w:r>
      <w:r>
        <w:rPr>
          <w:b w:val="0"/>
          <w:i w:val="0"/>
          <w:sz w:val="24"/>
        </w:rPr>
        <w:t>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 sulfate de cuivre contient des ions Cu</w:t>
      </w:r>
      <w:r>
        <w:rPr>
          <w:b w:val="0"/>
          <w:i w:val="0"/>
          <w:sz w:val="24"/>
          <w:vertAlign w:val="superscript"/>
        </w:rPr>
        <w:t>2+</w:t>
      </w:r>
      <w:r>
        <w:rPr>
          <w:b w:val="0"/>
          <w:i w:val="0"/>
          <w:sz w:val="24"/>
        </w:rPr>
        <w:t xml:space="preserve"> et SO</w:t>
      </w:r>
      <w:r>
        <w:rPr>
          <w:b w:val="0"/>
          <w:i w:val="0"/>
          <w:sz w:val="24"/>
          <w:vertAlign w:val="subscript"/>
        </w:rPr>
        <w:t>4</w:t>
      </w:r>
      <w:r>
        <w:rPr>
          <w:b w:val="0"/>
          <w:i w:val="0"/>
          <w:sz w:val="24"/>
          <w:vertAlign w:val="superscript"/>
        </w:rPr>
        <w:t>2−</w:t>
      </w:r>
      <w:r>
        <w:rPr>
          <w:b w:val="0"/>
          <w:i w:val="0"/>
          <w:sz w:val="24"/>
        </w:rPr>
        <w:t>. Écris sa formule.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Combien d'atomes compte l'ion sulfate SO</w:t>
      </w:r>
      <w:r>
        <w:rPr>
          <w:b w:val="0"/>
          <w:i w:val="0"/>
          <w:sz w:val="24"/>
          <w:vertAlign w:val="subscript"/>
        </w:rPr>
        <w:t>4</w:t>
      </w:r>
      <w:r>
        <w:rPr>
          <w:b w:val="0"/>
          <w:i w:val="0"/>
          <w:sz w:val="24"/>
          <w:vertAlign w:val="superscript"/>
        </w:rPr>
        <w:t>2−</w:t>
      </w:r>
      <w:r>
        <w:rPr>
          <w:b w:val="0"/>
          <w:i w:val="0"/>
          <w:sz w:val="24"/>
        </w:rPr>
        <w:t xml:space="preserve">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Combien d'atomes dans une feuille d'or ? ★★★☆☆</w:t>
      </w:r>
    </w:p>
    <w:p>
      <w:pPr>
        <w:spacing w:after="80"/>
      </w:pPr>
      <w:r>
        <w:rPr>
          <w:b w:val="0"/>
          <w:i w:val="0"/>
          <w:sz w:val="24"/>
        </w:rPr>
        <w:t xml:space="preserve">Dans l'expérience de Rutherford, la feuille d'or a une épaisseur de 0,1 µm. Le diamètre d'un atome d'or vaut environ </w:t>
      </w:r>
      <w:r>
        <w:rPr>
          <w:b w:val="0"/>
          <w:i w:val="0"/>
          <w:sz w:val="24"/>
        </w:rPr>
        <w:t>d = 2,88×10</w:t>
      </w:r>
      <w:r>
        <w:rPr>
          <w:b w:val="0"/>
          <w:i w:val="0"/>
          <w:sz w:val="24"/>
          <w:vertAlign w:val="superscript"/>
        </w:rPr>
        <w:t>-10</w:t>
      </w:r>
      <w:r>
        <w:rPr>
          <w:b w:val="0"/>
          <w:i w:val="0"/>
          <w:sz w:val="24"/>
        </w:rPr>
        <w:t xml:space="preserve"> m.</w:t>
      </w:r>
    </w:p>
    <w:p>
      <w:pPr>
        <w:spacing w:after="80"/>
      </w:pPr>
      <w:r>
        <w:rPr>
          <w:b w:val="0"/>
          <w:i w:val="0"/>
          <w:sz w:val="24"/>
        </w:rPr>
        <w:t xml:space="preserve">Rappel : 1 µm = </w:t>
      </w:r>
      <w:r>
        <w:rPr>
          <w:b w:val="0"/>
          <w:i w:val="0"/>
          <w:sz w:val="24"/>
        </w:rPr>
        <w:t>10</w:t>
      </w:r>
      <w:r>
        <w:rPr>
          <w:b w:val="0"/>
          <w:i w:val="0"/>
          <w:sz w:val="24"/>
          <w:vertAlign w:val="superscript"/>
        </w:rPr>
        <w:t>-6</w:t>
      </w:r>
      <w:r>
        <w:rPr>
          <w:b w:val="0"/>
          <w:i w:val="0"/>
          <w:sz w:val="24"/>
        </w:rPr>
        <w:t xml:space="preserve"> m.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l'épaisseur de la feuille en mètres.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le nombre d'atomes d'or empilés dans l'épaisseur de la feuille.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Les particules α traversent pourtant presque toutes la feuille. Explique pourquoi.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La masse d'un atome ★★★★☆</w:t>
      </w:r>
    </w:p>
    <w:p>
      <w:pPr>
        <w:spacing w:after="80"/>
      </w:pPr>
      <w:r>
        <w:rPr>
          <w:b w:val="0"/>
          <w:i w:val="0"/>
          <w:sz w:val="24"/>
        </w:rPr>
        <w:t xml:space="preserve">Un atome de carbone 12 contient 6 protons, 6 neutrons et 6 électrons. On prend pour la masse d'un nucléon </w:t>
      </w:r>
      <w:r>
        <w:rPr>
          <w:b w:val="0"/>
          <w:i w:val="0"/>
          <w:sz w:val="24"/>
        </w:rPr>
        <w:t>m</w:t>
      </w:r>
      <w:r>
        <w:rPr>
          <w:b w:val="0"/>
          <w:i w:val="0"/>
          <w:sz w:val="24"/>
          <w:vertAlign w:val="subscript"/>
        </w:rPr>
        <w:t>n</w:t>
      </w:r>
      <w:r>
        <w:rPr>
          <w:b w:val="0"/>
          <w:i w:val="0"/>
          <w:sz w:val="24"/>
        </w:rPr>
        <w:t xml:space="preserve"> ≈ 1,67×10</w:t>
      </w:r>
      <w:r>
        <w:rPr>
          <w:b w:val="0"/>
          <w:i w:val="0"/>
          <w:sz w:val="24"/>
          <w:vertAlign w:val="superscript"/>
        </w:rPr>
        <w:t>-27</w:t>
      </w:r>
      <w:r>
        <w:rPr>
          <w:b w:val="0"/>
          <w:i w:val="0"/>
          <w:sz w:val="24"/>
        </w:rPr>
        <w:t xml:space="preserve"> kg et pour celle d'un électron </w:t>
      </w:r>
      <w:r>
        <w:rPr>
          <w:b w:val="0"/>
          <w:i w:val="0"/>
          <w:sz w:val="24"/>
        </w:rPr>
        <w:t>m</w:t>
      </w:r>
      <w:r>
        <w:rPr>
          <w:b w:val="0"/>
          <w:i w:val="0"/>
          <w:sz w:val="24"/>
          <w:vertAlign w:val="subscript"/>
        </w:rPr>
        <w:t>e</w:t>
      </w:r>
      <w:r>
        <w:rPr>
          <w:b w:val="0"/>
          <w:i w:val="0"/>
          <w:sz w:val="24"/>
        </w:rPr>
        <w:t xml:space="preserve"> = 9,11×10</w:t>
      </w:r>
      <w:r>
        <w:rPr>
          <w:b w:val="0"/>
          <w:i w:val="0"/>
          <w:sz w:val="24"/>
          <w:vertAlign w:val="superscript"/>
        </w:rPr>
        <w:t>-31</w:t>
      </w:r>
      <w:r>
        <w:rPr>
          <w:b w:val="0"/>
          <w:i w:val="0"/>
          <w:sz w:val="24"/>
        </w:rPr>
        <w:t xml:space="preserve"> kg.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masse du noyau (12 nucléons).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masse des 6 électrons. Compare-la à celle du noyau (rapport).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Une mine de crayon contient 0,5 g de carbone. Estime le nombre d'atomes de carbone qu'elle contient.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Identifier des ions ★★★★☆</w:t>
      </w:r>
    </w:p>
    <w:p>
      <w:pPr>
        <w:spacing w:after="80"/>
      </w:pPr>
      <w:r>
        <w:rPr>
          <w:b w:val="0"/>
          <w:i w:val="0"/>
          <w:sz w:val="24"/>
        </w:rPr>
        <w:t>On réalise des tests sur trois solutions.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Solution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+ soude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+ nitrate d'argent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S1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précipité bleu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rien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S2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précipité rouille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précipité blanc noircissant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S3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rien</w:t>
            </w:r>
          </w:p>
        </w:tc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précipité blanc noircissant</w:t>
            </w:r>
          </w:p>
        </w:tc>
      </w:tr>
    </w:tbl>
    <w:p/>
    <w:p>
      <w:pPr>
        <w:spacing w:after="80"/>
      </w:pPr>
      <w:r>
        <w:rPr>
          <w:b w:val="0"/>
          <w:i w:val="0"/>
          <w:sz w:val="24"/>
        </w:rPr>
        <w:t>Étiquettes décollées : « chlorure de sodium », « sulfate de cuivre », « chlorure de fer III ».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Quels ions chaque test met-il en évidence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Attribue à chaque solution son étiquette.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Pourquoi le test au nitrate d'argent ne réagit-il pas avec S1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Une eau minérale « riche en calcium » ? ★★★★★ (type brevet)</w:t>
      </w:r>
    </w:p>
    <w:p>
      <w:pPr>
        <w:spacing w:after="80"/>
      </w:pPr>
      <w:r>
        <w:rPr>
          <w:b w:val="0"/>
          <w:i w:val="0"/>
          <w:sz w:val="24"/>
        </w:rPr>
        <w:t>Données pédagogiques (étiquette fictive construite pour l'exercice, valeurs vraisemblables).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Étiquette de l'eau « Source des Prés »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Ions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mg/L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Ions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mg/L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Calcium Ca2+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80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Hydrogénocarbonate HCO3−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360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Magnésium Mg2+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26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Sulfate SO42−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14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Sodium Na+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6,5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Chlorure Cl−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10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Potassium K+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1,3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Nitrate NO3−</w:t>
            </w:r>
          </w:p>
        </w:tc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3,8</w:t>
            </w:r>
          </w:p>
        </w:tc>
      </w:tr>
    </w:tbl>
    <w:p/>
    <w:p>
      <w:pPr>
        <w:spacing w:after="80"/>
      </w:pPr>
      <w:r>
        <w:rPr>
          <w:b w:val="0"/>
          <w:i w:val="0"/>
          <w:sz w:val="24"/>
        </w:rPr>
        <w:t>Bouteille de 1,5 L.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Réglementation</w:t>
      </w:r>
    </w:p>
    <w:p>
      <w:pPr>
        <w:spacing w:after="80"/>
      </w:pPr>
      <w:r>
        <w:rPr>
          <w:b w:val="0"/>
          <w:i w:val="0"/>
          <w:sz w:val="24"/>
        </w:rPr>
        <w:t>Une eau minérale peut porter la mention « calcique » si sa teneur en calcium dépasse 150 mg/L.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Besoins</w:t>
      </w:r>
    </w:p>
    <w:p>
      <w:pPr>
        <w:spacing w:after="80"/>
      </w:pPr>
      <w:r>
        <w:rPr>
          <w:b w:val="0"/>
          <w:i w:val="0"/>
          <w:sz w:val="24"/>
        </w:rPr>
        <w:t>Pour un adolescent de 11 à 17 ans, la référence nutritionnelle en calcium est de 1 150 mg par jour (ANSES).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Classe les ions de l'étiquette en cations et anions.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 publicitaire veut écrire « eau calcique ». A-t-il le droit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la masse de calcium apportée par une bouteille entière, puis le pourcentage des besoins quotidiens d'un adolescent.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Propose un test pour vérifier que cette eau contient des ions chlorure. Décris le résultat attendu.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e) </w:t>
      </w:r>
      <w:r>
        <w:rPr>
          <w:b w:val="0"/>
          <w:i w:val="0"/>
          <w:sz w:val="24"/>
        </w:rPr>
        <w:t>Rédige une réponse argumentée (5 lignes) : « Boire cette eau suffit-il à couvrir mes besoins en calcium ? »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Rutherford : interpréter une expérience ★★★★★</w:t>
      </w:r>
    </w:p>
    <w:p>
      <w:pPr>
        <w:spacing w:after="80"/>
      </w:pPr>
      <w:r>
        <w:rPr>
          <w:b w:val="0"/>
          <w:i w:val="0"/>
          <w:sz w:val="24"/>
        </w:rPr>
        <w:t>Sur 100 000 particules α envoyées sur la feuille d'or, environ 99 990 la traversent sans déviation, et quelques-unes sont fortement déviées ou renvoyées.</w:t>
      </w:r>
    </w:p>
    <w:p>
      <w:pPr>
        <w:spacing w:after="80"/>
      </w:pPr>
    </w:p>
    <w:p>
      <w:pPr>
        <w:spacing w:after="80"/>
      </w:pPr>
      <w:r>
        <w:rPr>
          <w:b w:val="0"/>
          <w:i w:val="0"/>
          <w:sz w:val="24"/>
        </w:rPr>
        <w:t xml:space="preserve">Les particules α sont </w:t>
      </w:r>
      <w:r>
        <w:rPr>
          <w:b/>
          <w:i w:val="0"/>
          <w:sz w:val="24"/>
        </w:rPr>
        <w:t>positives</w:t>
      </w:r>
      <w:r>
        <w:rPr>
          <w:b w:val="0"/>
          <w:i w:val="0"/>
          <w:sz w:val="24"/>
        </w:rPr>
        <w:t xml:space="preserve">. Deux charges de même signe se </w:t>
      </w:r>
      <w:r>
        <w:rPr>
          <w:b/>
          <w:i w:val="0"/>
          <w:sz w:val="24"/>
        </w:rPr>
        <w:t>repoussent</w:t>
      </w:r>
      <w:r>
        <w:rPr>
          <w:b w:val="0"/>
          <w:i w:val="0"/>
          <w:sz w:val="24"/>
        </w:rPr>
        <w:t>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le pourcentage de particules qui traversent sans déviation.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 peut-on en déduire sur la structure de l'atome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Pourquoi certaines particules sont-elles repoussées ? Quel est le signe de la charge du noyau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Pourquoi le modèle de Thomson (charge positive répartie partout) ne permet-il pas d'expliquer les rebonds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1 — Atomes, molécules et ions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Mettre en évidence et identifier des ions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Pourquoi l'eau salée conduit-elle le courant, et comment savoir quels ions contient une solution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pile 4,5 V, 1 interrupteur, 1 lampe (3,5 V – 0,2 A), 1 multimètre utilisé en ampèremètre (calibre 200 mA), 5 fils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cuve (bécher 100 mL) + 2 électrodes en graphite sur support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Eau distillée, eau sucrée, eau salée (≈ 10 g/L) : 50 mL de chaque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portoir + 8 tubes à essai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Flacons compte-gouttes : soude (hydroxyde de sodium) 0,1 mol/L ; nitrate d'argent 0,05 mol/L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Solutions (≈ 0,1 mol/L) : sulfate de cuivre (II), sulfate de fer (II), chlorure de fer (III), chlorure de sodium, solution inconnue X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Pissette d'eau distillée, papier absorbant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 xml:space="preserve">Blouse en coton fermée, </w:t>
      </w:r>
      <w:r>
        <w:rPr>
          <w:b/>
          <w:i w:val="0"/>
          <w:sz w:val="24"/>
        </w:rPr>
        <w:t>lunettes de protection</w:t>
      </w:r>
      <w:r>
        <w:rPr>
          <w:b w:val="0"/>
          <w:i w:val="0"/>
          <w:sz w:val="24"/>
        </w:rPr>
        <w:t xml:space="preserve"> pendant toute la séance.</w:t>
      </w:r>
    </w:p>
    <w:p>
      <w:pPr>
        <w:spacing w:after="80"/>
        <w:ind w:left="340"/>
      </w:pPr>
      <w:r>
        <w:t xml:space="preserve">• </w:t>
      </w:r>
      <w:r>
        <w:rPr>
          <w:b/>
          <w:i w:val="0"/>
          <w:sz w:val="24"/>
        </w:rPr>
        <w:t>Gants</w:t>
      </w:r>
      <w:r>
        <w:rPr>
          <w:b w:val="0"/>
          <w:i w:val="0"/>
          <w:sz w:val="24"/>
        </w:rPr>
        <w:t xml:space="preserve"> pour manipuler le nitrate d'argent (tache la peau en noir) et la soude (irritante).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jamais goûter ni sentir les solutions.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 xml:space="preserve">Les déchets contenant des ions métalliques vont dans le </w:t>
      </w:r>
      <w:r>
        <w:rPr>
          <w:b/>
          <w:i w:val="0"/>
          <w:sz w:val="24"/>
        </w:rPr>
        <w:t>bidon de récupération</w:t>
      </w:r>
      <w:r>
        <w:rPr>
          <w:b w:val="0"/>
          <w:i w:val="0"/>
          <w:sz w:val="24"/>
        </w:rPr>
        <w:t>, pas dans l'évier.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Circuit : ne pas toucher les électrodes quand l'interrupteur est fermé ; ouvrir l'interrupteur entre deux mesures.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/>
          <w:i w:val="0"/>
          <w:sz w:val="24"/>
        </w:rPr>
        <w:t>Partie A — Conduction.</w:t>
      </w:r>
      <w:r>
        <w:rPr>
          <w:b w:val="0"/>
          <w:i w:val="0"/>
          <w:sz w:val="24"/>
        </w:rPr>
        <w:t xml:space="preserve"> Réalise le circuit du schéma (lampe, ampèremètre, cuve à électrodes en série avec la pile).</w:t>
      </w:r>
    </w:p>
    <w:p>
      <w:pPr>
        <w:spacing w:after="80"/>
        <w:ind w:left="340"/>
      </w:pPr>
      <w:r>
        <w:t xml:space="preserve">2. </w:t>
      </w:r>
      <w:r>
        <w:rPr>
          <w:b w:val="0"/>
          <w:i w:val="0"/>
          <w:sz w:val="24"/>
        </w:rPr>
        <w:t xml:space="preserve">Verse 50 mL d'eau distillée dans la cuve, ferme l'interrupteur, note l'éclat de la lampe et l'intensité </w:t>
      </w:r>
      <w:r>
        <w:rPr>
          <w:b w:val="0"/>
          <w:i w:val="0"/>
          <w:sz w:val="24"/>
        </w:rPr>
        <w:t>I</w:t>
      </w:r>
      <w:r>
        <w:rPr>
          <w:b w:val="0"/>
          <w:i w:val="0"/>
          <w:sz w:val="24"/>
        </w:rPr>
        <w:t>. Ouvre l'interrupteur.</w:t>
      </w:r>
    </w:p>
    <w:p>
      <w:pPr>
        <w:spacing w:after="80"/>
        <w:ind w:left="340"/>
      </w:pPr>
      <w:r>
        <w:t xml:space="preserve">3. </w:t>
      </w:r>
      <w:r>
        <w:rPr>
          <w:b w:val="0"/>
          <w:i w:val="0"/>
          <w:sz w:val="24"/>
        </w:rPr>
        <w:t>Rince les électrodes à l'eau distillée. Recommence avec l'eau sucrée, puis l'eau salée.</w:t>
      </w:r>
    </w:p>
    <w:p>
      <w:pPr>
        <w:spacing w:after="80"/>
        <w:ind w:left="340"/>
      </w:pPr>
      <w:r>
        <w:t xml:space="preserve">4. </w:t>
      </w:r>
      <w:r>
        <w:rPr>
          <w:b/>
          <w:i w:val="0"/>
          <w:sz w:val="24"/>
        </w:rPr>
        <w:t>Partie B — Tests d'ions.</w:t>
      </w:r>
      <w:r>
        <w:rPr>
          <w:b w:val="0"/>
          <w:i w:val="0"/>
          <w:sz w:val="24"/>
        </w:rPr>
        <w:t xml:space="preserve"> Dans 4 tubes, verse environ 2 mL (2 cm de hauteur) de chacune des solutions connues. Ajoute 3 à 4 gouttes de soude. Note la couleur des précipités.</w:t>
      </w:r>
    </w:p>
    <w:p>
      <w:pPr>
        <w:spacing w:after="80"/>
        <w:ind w:left="340"/>
      </w:pPr>
      <w:r>
        <w:t xml:space="preserve">5. </w:t>
      </w:r>
      <w:r>
        <w:rPr>
          <w:b w:val="0"/>
          <w:i w:val="0"/>
          <w:sz w:val="24"/>
        </w:rPr>
        <w:t>Dans 4 nouveaux tubes, recommence avec le nitrate d'argent à la place de la soude. Note les observations (attends 5 min à la lumière pour le Cl</w:t>
      </w:r>
      <w:r>
        <w:rPr>
          <w:b w:val="0"/>
          <w:i w:val="0"/>
          <w:sz w:val="24"/>
          <w:vertAlign w:val="superscript"/>
        </w:rPr>
        <w:t>−</w:t>
      </w:r>
      <w:r>
        <w:rPr>
          <w:b w:val="0"/>
          <w:i w:val="0"/>
          <w:sz w:val="24"/>
        </w:rPr>
        <w:t>).</w:t>
      </w:r>
    </w:p>
    <w:p>
      <w:pPr>
        <w:spacing w:after="80"/>
        <w:ind w:left="340"/>
      </w:pPr>
      <w:r>
        <w:t xml:space="preserve">6. </w:t>
      </w:r>
      <w:r>
        <w:rPr>
          <w:b/>
          <w:i w:val="0"/>
          <w:sz w:val="24"/>
        </w:rPr>
        <w:t>Partie C — Solution inconnue X.</w:t>
      </w:r>
      <w:r>
        <w:rPr>
          <w:b w:val="0"/>
          <w:i w:val="0"/>
          <w:sz w:val="24"/>
        </w:rPr>
        <w:t xml:space="preserve"> Propose et réalise les tests nécessaires pour identifier les ions de X. Appelle le professeur pour valider ton protocole avant de manipuler.</w:t>
      </w:r>
    </w:p>
    <w:p>
      <w:r>
        <w:drawing>
          <wp:inline xmlns:a="http://schemas.openxmlformats.org/drawingml/2006/main" xmlns:pic="http://schemas.openxmlformats.org/drawingml/2006/picture">
            <wp:extent cx="4680000" cy="351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5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Liquide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Éclat de la lampe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I (mA)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Eau distillée</w:t>
            </w:r>
          </w:p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Eau sucrée</w:t>
            </w:r>
          </w:p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Eau salée</w:t>
            </w:r>
          </w:p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</w:tbl>
    <w:p/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Solution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+ soude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+ nitrate d'argent</w:t>
            </w:r>
          </w:p>
        </w:tc>
        <w:tc>
          <w:tcPr>
            <w:tcW w:type="dxa" w:w="255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Ions identifiés</w:t>
            </w:r>
          </w:p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Sulfate de cuivre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Sulfate de fer II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Chlorure de fer III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Chlorure de sodium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 w:val="0"/>
                <w:i w:val="0"/>
                <w:sz w:val="22"/>
              </w:rPr>
              <w:t>Solution X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Classe les trois liquides selon leur capacité à conduire le courant. Quelles particules expliquent la conduction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L'eau sucrée contient des molécules de saccharose. Pourquoi conduit-elle si mal le courant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Rédige, pour chaque test, une phrase du type : « Si on ajoute … et qu'on observe …, alors la solution contient … ».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Quels ions contient la solution X ? Propose son nom.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 xml:space="preserve">Pourquoi utilise-t-on de l'eau </w:t>
      </w:r>
      <w:r>
        <w:rPr>
          <w:b/>
          <w:i w:val="0"/>
          <w:sz w:val="24"/>
        </w:rPr>
        <w:t>distillée</w:t>
      </w:r>
      <w:r>
        <w:rPr>
          <w:b w:val="0"/>
          <w:i w:val="0"/>
          <w:sz w:val="24"/>
        </w:rPr>
        <w:t xml:space="preserve"> pour rincer, et non l'eau du robinet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